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EC6" w:rsidRDefault="005B729A" w:rsidP="00EA2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/>
          <w:sz w:val="26"/>
          <w:szCs w:val="26"/>
          <w:lang w:eastAsia="ru-RU"/>
        </w:rPr>
        <w:drawing>
          <wp:inline distT="0" distB="0" distL="0" distR="0">
            <wp:extent cx="5845064" cy="8420100"/>
            <wp:effectExtent l="0" t="0" r="3810" b="0"/>
            <wp:docPr id="2" name="Рисунок 2" descr="F:\И.А. скан\внеур\мир функ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И.А. скан\внеур\мир функц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064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2C9" w:rsidRPr="00440D4E" w:rsidRDefault="00EA22C9" w:rsidP="00EA2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lang w:eastAsia="ru-RU"/>
        </w:rPr>
      </w:pPr>
      <w:r w:rsidRPr="00440D4E">
        <w:rPr>
          <w:rFonts w:ascii="Times New Roman" w:eastAsia="Times New Roman" w:hAnsi="Times New Roman" w:cs="Times New Roman"/>
          <w:b/>
          <w:bCs/>
          <w:color w:val="0D0D0D"/>
          <w:sz w:val="26"/>
          <w:szCs w:val="26"/>
          <w:lang w:eastAsia="ru-RU"/>
        </w:rPr>
        <w:lastRenderedPageBreak/>
        <w:t>1.Пояснительная записка</w:t>
      </w:r>
    </w:p>
    <w:p w:rsidR="00EA22C9" w:rsidRPr="00440D4E" w:rsidRDefault="00EA22C9" w:rsidP="00EA2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</w:p>
    <w:p w:rsidR="00EA22C9" w:rsidRPr="00440D4E" w:rsidRDefault="00EA22C9" w:rsidP="00EA22C9">
      <w:pPr>
        <w:widowControl w:val="0"/>
        <w:suppressAutoHyphens/>
        <w:spacing w:after="0" w:line="360" w:lineRule="auto"/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</w:pPr>
      <w:r w:rsidRPr="00440D4E"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  <w:t xml:space="preserve">Рабочая программа  курса внеурочной деятельности  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«</w:t>
      </w:r>
      <w:r w:rsidR="000A60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Мир функциональной грамотности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</w:t>
      </w:r>
      <w:r w:rsidRPr="00440D4E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  <w:lang w:eastAsia="ru-RU"/>
        </w:rPr>
        <w:t xml:space="preserve">  </w:t>
      </w:r>
      <w:proofErr w:type="spellStart"/>
      <w:r w:rsidRPr="00440D4E"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  <w:t>общеинтеллектуального</w:t>
      </w:r>
      <w:proofErr w:type="spellEnd"/>
      <w:r w:rsidRPr="00440D4E">
        <w:rPr>
          <w:rFonts w:ascii="Times New Roman" w:eastAsia="SimSun" w:hAnsi="Times New Roman" w:cs="Times New Roman"/>
          <w:color w:val="0D0D0D"/>
          <w:spacing w:val="-3"/>
          <w:kern w:val="1"/>
          <w:sz w:val="24"/>
          <w:szCs w:val="24"/>
          <w:shd w:val="clear" w:color="auto" w:fill="FFFFFF"/>
          <w:lang w:eastAsia="zh-CN" w:bidi="hi-IN"/>
        </w:rPr>
        <w:t xml:space="preserve">  </w:t>
      </w:r>
      <w:r w:rsidRPr="00440D4E">
        <w:rPr>
          <w:rFonts w:ascii="Times New Roman" w:eastAsia="SimSun" w:hAnsi="Times New Roman" w:cs="Times New Roman"/>
          <w:color w:val="0D0D0D"/>
          <w:kern w:val="1"/>
          <w:sz w:val="24"/>
          <w:szCs w:val="24"/>
          <w:shd w:val="clear" w:color="auto" w:fill="FFFFFF"/>
          <w:lang w:eastAsia="zh-CN" w:bidi="hi-IN"/>
        </w:rPr>
        <w:t xml:space="preserve">направления  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для </w:t>
      </w:r>
      <w:r w:rsidR="000B74F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класса составлена в соответствии с требованиями федерального государственного образовательного стандарта начального общего образования на основании следующих нормативных документов:</w:t>
      </w:r>
    </w:p>
    <w:p w:rsidR="00EA22C9" w:rsidRPr="00440D4E" w:rsidRDefault="00EA22C9" w:rsidP="002E6BFF">
      <w:pPr>
        <w:numPr>
          <w:ilvl w:val="0"/>
          <w:numId w:val="2"/>
        </w:num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Calibri" w:hAnsi="Times New Roman" w:cs="Times New Roman"/>
          <w:w w:val="1"/>
          <w:sz w:val="24"/>
          <w:szCs w:val="24"/>
          <w:lang w:eastAsia="ru-RU"/>
        </w:rPr>
        <w:t xml:space="preserve">- </w:t>
      </w:r>
      <w:r w:rsidRPr="00440D4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Федеральный закон от 29 декабря 2012 г. № 273-ФЗ «Об образовании в Российской Федерации»; </w:t>
      </w:r>
    </w:p>
    <w:p w:rsidR="00EA22C9" w:rsidRPr="00440D4E" w:rsidRDefault="00EA22C9" w:rsidP="002E6BFF">
      <w:pPr>
        <w:numPr>
          <w:ilvl w:val="0"/>
          <w:numId w:val="2"/>
        </w:num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EA22C9" w:rsidRPr="00440D4E" w:rsidRDefault="00EA22C9" w:rsidP="002E6BFF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10" w:history="1">
        <w:r w:rsidRPr="00440D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EA22C9" w:rsidRPr="00440D4E" w:rsidRDefault="00EA22C9" w:rsidP="002E6BFF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11" w:history="1">
        <w:r w:rsidRPr="00440D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EA22C9" w:rsidRPr="00440D4E" w:rsidRDefault="00EA22C9" w:rsidP="002E6BFF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12" w:history="1">
        <w:r w:rsidRPr="00440D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приказом</w:t>
        </w:r>
      </w:hyperlink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EA22C9" w:rsidRPr="00440D4E" w:rsidRDefault="00EA22C9" w:rsidP="002E6BFF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Минобрнауки</w:t>
      </w:r>
      <w:proofErr w:type="spell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России от 18.08.2017 N 09-167</w:t>
      </w:r>
    </w:p>
    <w:p w:rsidR="00EA22C9" w:rsidRPr="00440D4E" w:rsidRDefault="00EA22C9" w:rsidP="002E6BFF">
      <w:pPr>
        <w:numPr>
          <w:ilvl w:val="0"/>
          <w:numId w:val="2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</w:t>
      </w:r>
      <w:proofErr w:type="gram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Письмо </w:t>
      </w:r>
      <w:proofErr w:type="spell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Минпросвещения</w:t>
      </w:r>
      <w:proofErr w:type="spell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России от 07.05.2020 N ВБ-976/04;</w:t>
      </w:r>
    </w:p>
    <w:p w:rsidR="00EA22C9" w:rsidRPr="00440D4E" w:rsidRDefault="00EA22C9" w:rsidP="002E6BFF">
      <w:pPr>
        <w:numPr>
          <w:ilvl w:val="0"/>
          <w:numId w:val="2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Устав МБОУ </w:t>
      </w:r>
      <w:proofErr w:type="gramStart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Задонской</w:t>
      </w:r>
      <w:proofErr w:type="gramEnd"/>
      <w:r w:rsidRPr="0044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Азовского района.</w:t>
      </w:r>
    </w:p>
    <w:p w:rsidR="00EA22C9" w:rsidRPr="00440D4E" w:rsidRDefault="00EA22C9" w:rsidP="002E6BFF">
      <w:pPr>
        <w:numPr>
          <w:ilvl w:val="0"/>
          <w:numId w:val="2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развития  МБОУ </w:t>
      </w:r>
      <w:proofErr w:type="gramStart"/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Задонской</w:t>
      </w:r>
      <w:proofErr w:type="gramEnd"/>
      <w:r w:rsidRPr="00440D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СОШ. </w:t>
      </w:r>
    </w:p>
    <w:p w:rsidR="00EA22C9" w:rsidRPr="00440D4E" w:rsidRDefault="00EA22C9" w:rsidP="002E6BF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D4E">
        <w:rPr>
          <w:rFonts w:ascii="Times New Roman" w:eastAsia="Calibri" w:hAnsi="Times New Roman" w:cs="Times New Roman"/>
          <w:sz w:val="24"/>
          <w:szCs w:val="24"/>
        </w:rPr>
        <w:t xml:space="preserve"> Воспитательная программа  МБОУ </w:t>
      </w:r>
      <w:proofErr w:type="gramStart"/>
      <w:r w:rsidRPr="00440D4E">
        <w:rPr>
          <w:rFonts w:ascii="Times New Roman" w:eastAsia="Calibri" w:hAnsi="Times New Roman" w:cs="Times New Roman"/>
          <w:sz w:val="24"/>
          <w:szCs w:val="24"/>
        </w:rPr>
        <w:t>Задонской</w:t>
      </w:r>
      <w:proofErr w:type="gramEnd"/>
      <w:r w:rsidRPr="00440D4E">
        <w:rPr>
          <w:rFonts w:ascii="Times New Roman" w:eastAsia="Calibri" w:hAnsi="Times New Roman" w:cs="Times New Roman"/>
          <w:sz w:val="24"/>
          <w:szCs w:val="24"/>
        </w:rPr>
        <w:t xml:space="preserve"> СОШ</w:t>
      </w:r>
    </w:p>
    <w:p w:rsidR="00EA22C9" w:rsidRDefault="00EA22C9" w:rsidP="00EA22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A60E8" w:rsidRDefault="000A60E8" w:rsidP="00EA22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8053E" w:rsidRDefault="0038053E" w:rsidP="00EA22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8053E" w:rsidRDefault="0038053E" w:rsidP="00EA22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24427" w:rsidRDefault="00424427" w:rsidP="00EA22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24427" w:rsidRDefault="00424427" w:rsidP="00EA22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0A60E8" w:rsidRPr="00440D4E" w:rsidRDefault="000A60E8" w:rsidP="00EA22C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462DA2" w:rsidRPr="00462DA2" w:rsidRDefault="00EA22C9" w:rsidP="00462DA2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462DA2" w:rsidRPr="00462DA2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C0152F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Программа курса внеурочной деятельности для 1 - 4 классов 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«</w:t>
      </w:r>
      <w:r w:rsidR="000A60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Мир функциональной грамотности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</w:t>
      </w:r>
      <w:r w:rsidR="000A60E8" w:rsidRPr="00440D4E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  <w:lang w:eastAsia="ru-RU"/>
        </w:rPr>
        <w:t xml:space="preserve">  </w:t>
      </w:r>
      <w:r w:rsidRPr="00C725E1">
        <w:rPr>
          <w:rFonts w:ascii="Times New Roman" w:hAnsi="Times New Roman" w:cs="Times New Roman"/>
          <w:sz w:val="24"/>
          <w:szCs w:val="24"/>
        </w:rPr>
        <w:t>разработана в соответствии с требованиями Федерального государственного образовательного стандарта начального общего образования, требования к основной образовательной программе начального общего образования.</w:t>
      </w:r>
      <w:r w:rsidR="005E0753" w:rsidRPr="00C725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DA2" w:rsidRPr="00C725E1" w:rsidRDefault="005E0753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«</w:t>
      </w:r>
      <w:r w:rsidR="000A60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Мир функциональной грамотности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</w:t>
      </w:r>
      <w:r w:rsidR="000A60E8" w:rsidRPr="00440D4E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  <w:lang w:eastAsia="ru-RU"/>
        </w:rPr>
        <w:t xml:space="preserve">  </w:t>
      </w:r>
      <w:r w:rsidRPr="00C725E1">
        <w:rPr>
          <w:rFonts w:ascii="Times New Roman" w:hAnsi="Times New Roman" w:cs="Times New Roman"/>
          <w:sz w:val="24"/>
          <w:szCs w:val="24"/>
        </w:rPr>
        <w:t xml:space="preserve">составлена на основе авторского курса программы «Функциональная </w:t>
      </w:r>
      <w:r w:rsidR="00EA22C9" w:rsidRPr="00C725E1">
        <w:rPr>
          <w:rFonts w:ascii="Times New Roman" w:hAnsi="Times New Roman" w:cs="Times New Roman"/>
          <w:sz w:val="24"/>
          <w:szCs w:val="24"/>
        </w:rPr>
        <w:t>грамотность</w:t>
      </w:r>
      <w:r w:rsidRPr="00C725E1">
        <w:rPr>
          <w:rFonts w:ascii="Times New Roman" w:hAnsi="Times New Roman" w:cs="Times New Roman"/>
          <w:sz w:val="24"/>
          <w:szCs w:val="24"/>
        </w:rPr>
        <w:t>»</w:t>
      </w:r>
      <w:r w:rsidR="00C0152F" w:rsidRPr="00C725E1">
        <w:rPr>
          <w:rFonts w:ascii="Times New Roman" w:hAnsi="Times New Roman" w:cs="Times New Roman"/>
          <w:sz w:val="24"/>
          <w:szCs w:val="24"/>
        </w:rPr>
        <w:t xml:space="preserve"> для 1-4 классов</w:t>
      </w:r>
      <w:r w:rsidRPr="00C725E1">
        <w:rPr>
          <w:rFonts w:ascii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hAnsi="Times New Roman" w:cs="Times New Roman"/>
          <w:sz w:val="24"/>
          <w:szCs w:val="24"/>
        </w:rPr>
        <w:t xml:space="preserve">(авторы-составители М.В. Буряк, С.А. Шейкина). </w:t>
      </w:r>
    </w:p>
    <w:p w:rsidR="00462DA2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Программа учитывает возрастные,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и психологические особенности младшего школьника. </w:t>
      </w:r>
    </w:p>
    <w:p w:rsidR="00462DA2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Pr="00C725E1">
        <w:rPr>
          <w:rFonts w:ascii="Times New Roman" w:hAnsi="Times New Roman" w:cs="Times New Roman"/>
          <w:sz w:val="24"/>
          <w:szCs w:val="24"/>
        </w:rPr>
        <w:t xml:space="preserve">: создание условий для развития функциональной грамотности. </w:t>
      </w:r>
    </w:p>
    <w:p w:rsidR="00462DA2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Программа разбита на четыре блока: «Читательская грамотность», «Математическая грамотность», «Финансовая грамотность» и «</w:t>
      </w:r>
      <w:proofErr w:type="gramStart"/>
      <w:r w:rsidRPr="00C725E1">
        <w:rPr>
          <w:rFonts w:ascii="Times New Roman" w:hAnsi="Times New Roman" w:cs="Times New Roman"/>
          <w:sz w:val="24"/>
          <w:szCs w:val="24"/>
        </w:rPr>
        <w:t>Естественно-научная</w:t>
      </w:r>
      <w:proofErr w:type="gramEnd"/>
      <w:r w:rsidRPr="00C725E1">
        <w:rPr>
          <w:rFonts w:ascii="Times New Roman" w:hAnsi="Times New Roman" w:cs="Times New Roman"/>
          <w:sz w:val="24"/>
          <w:szCs w:val="24"/>
        </w:rPr>
        <w:t xml:space="preserve"> грамотность».</w:t>
      </w:r>
    </w:p>
    <w:p w:rsidR="00EA65D6" w:rsidRPr="00C725E1" w:rsidRDefault="00EA65D6" w:rsidP="00EA65D6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5E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A65D6" w:rsidRPr="00C725E1" w:rsidRDefault="00EA65D6" w:rsidP="00C725E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-формирование представл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ений об информационно-поисковой </w:t>
      </w:r>
      <w:r w:rsidRPr="00C725E1">
        <w:rPr>
          <w:rFonts w:ascii="Times New Roman" w:hAnsi="Times New Roman" w:cs="Times New Roman"/>
          <w:sz w:val="24"/>
          <w:szCs w:val="24"/>
        </w:rPr>
        <w:t>деятельности как жизненно важной в информационном обществе;</w:t>
      </w:r>
    </w:p>
    <w:p w:rsidR="00EA65D6" w:rsidRPr="00C725E1" w:rsidRDefault="00EA65D6" w:rsidP="00C725E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-формирование навыков испо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льзования библиотечно-поисковых </w:t>
      </w:r>
      <w:r w:rsidRPr="00C725E1">
        <w:rPr>
          <w:rFonts w:ascii="Times New Roman" w:hAnsi="Times New Roman" w:cs="Times New Roman"/>
          <w:sz w:val="24"/>
          <w:szCs w:val="24"/>
        </w:rPr>
        <w:t>инструментов;</w:t>
      </w:r>
    </w:p>
    <w:p w:rsidR="00EA65D6" w:rsidRPr="00C725E1" w:rsidRDefault="00EA65D6" w:rsidP="00C725E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-формирование и совершенствование навыков обраб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отки, организации и </w:t>
      </w:r>
      <w:r w:rsidRPr="00C725E1">
        <w:rPr>
          <w:rFonts w:ascii="Times New Roman" w:hAnsi="Times New Roman" w:cs="Times New Roman"/>
          <w:sz w:val="24"/>
          <w:szCs w:val="24"/>
        </w:rPr>
        <w:t>представления информации;</w:t>
      </w:r>
    </w:p>
    <w:p w:rsidR="00EA65D6" w:rsidRPr="00C725E1" w:rsidRDefault="00EA65D6" w:rsidP="00C725E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-содействие накоплению опыта 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восприятия, осмысления и оценки </w:t>
      </w:r>
      <w:r w:rsidRPr="00C725E1">
        <w:rPr>
          <w:rFonts w:ascii="Times New Roman" w:hAnsi="Times New Roman" w:cs="Times New Roman"/>
          <w:sz w:val="24"/>
          <w:szCs w:val="24"/>
        </w:rPr>
        <w:t>разнообразных информационных источников.</w:t>
      </w:r>
    </w:p>
    <w:p w:rsidR="00EA65D6" w:rsidRPr="00C725E1" w:rsidRDefault="00EA65D6" w:rsidP="00C725E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мониторинг результатов осв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оения учебного курса внеурочной </w:t>
      </w:r>
      <w:r w:rsidRPr="00C725E1">
        <w:rPr>
          <w:rFonts w:ascii="Times New Roman" w:hAnsi="Times New Roman" w:cs="Times New Roman"/>
          <w:sz w:val="24"/>
          <w:szCs w:val="24"/>
        </w:rPr>
        <w:t>деятельности (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результаты).</w:t>
      </w:r>
    </w:p>
    <w:p w:rsidR="00462DA2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462DA2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462DA2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:rsidR="00462DA2" w:rsidRPr="00C725E1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5E1">
        <w:rPr>
          <w:rFonts w:ascii="Times New Roman" w:hAnsi="Times New Roman" w:cs="Times New Roman"/>
          <w:sz w:val="24"/>
          <w:szCs w:val="24"/>
        </w:rPr>
        <w:t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C725E1">
        <w:rPr>
          <w:rFonts w:ascii="Times New Roman" w:hAnsi="Times New Roman" w:cs="Times New Roman"/>
          <w:sz w:val="24"/>
          <w:szCs w:val="24"/>
        </w:rPr>
        <w:t xml:space="preserve">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:rsidR="00EA22C9" w:rsidRPr="00C725E1" w:rsidRDefault="00EA22C9" w:rsidP="00EA22C9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5E1">
        <w:rPr>
          <w:rFonts w:ascii="Times New Roman" w:hAnsi="Times New Roman" w:cs="Times New Roman"/>
          <w:b/>
          <w:sz w:val="24"/>
          <w:szCs w:val="24"/>
        </w:rPr>
        <w:t xml:space="preserve">2. Место курса внеурочной деятельности </w:t>
      </w:r>
      <w:r w:rsidR="000A60E8" w:rsidRPr="000A60E8">
        <w:rPr>
          <w:rFonts w:ascii="Times New Roman" w:hAnsi="Times New Roman" w:cs="Times New Roman"/>
          <w:b/>
          <w:sz w:val="24"/>
          <w:szCs w:val="24"/>
        </w:rPr>
        <w:t xml:space="preserve">«Мир функциональной грамотности»  </w:t>
      </w:r>
      <w:r w:rsidRPr="00C725E1">
        <w:rPr>
          <w:rFonts w:ascii="Times New Roman" w:hAnsi="Times New Roman" w:cs="Times New Roman"/>
          <w:b/>
          <w:sz w:val="24"/>
          <w:szCs w:val="24"/>
        </w:rPr>
        <w:t>в учебном плане</w:t>
      </w:r>
    </w:p>
    <w:p w:rsidR="00EA22C9" w:rsidRPr="00C725E1" w:rsidRDefault="00EA22C9" w:rsidP="00EA22C9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адресована учащимся </w:t>
      </w:r>
      <w:r w:rsidR="000B74F6">
        <w:rPr>
          <w:rFonts w:ascii="Times New Roman" w:hAnsi="Times New Roman" w:cs="Times New Roman"/>
          <w:sz w:val="24"/>
          <w:szCs w:val="24"/>
        </w:rPr>
        <w:t>3</w:t>
      </w:r>
      <w:r w:rsidRPr="00C725E1">
        <w:rPr>
          <w:rFonts w:ascii="Times New Roman" w:hAnsi="Times New Roman" w:cs="Times New Roman"/>
          <w:sz w:val="24"/>
          <w:szCs w:val="24"/>
        </w:rPr>
        <w:t xml:space="preserve"> класса и рассчитана на 3</w:t>
      </w:r>
      <w:r w:rsidR="000B74F6">
        <w:rPr>
          <w:rFonts w:ascii="Times New Roman" w:hAnsi="Times New Roman" w:cs="Times New Roman"/>
          <w:sz w:val="24"/>
          <w:szCs w:val="24"/>
        </w:rPr>
        <w:t>4</w:t>
      </w:r>
      <w:r w:rsidRPr="00C725E1">
        <w:rPr>
          <w:rFonts w:ascii="Times New Roman" w:hAnsi="Times New Roman" w:cs="Times New Roman"/>
          <w:sz w:val="24"/>
          <w:szCs w:val="24"/>
        </w:rPr>
        <w:t xml:space="preserve"> часа. Периодичность занятий – 1 час в неделю. В соответствии с образовательной программой и учебным планом  школы, на изучение предмета внеурочной деятельности </w:t>
      </w:r>
      <w:r w:rsidR="000A60E8" w:rsidRPr="000A60E8">
        <w:rPr>
          <w:rFonts w:ascii="Times New Roman" w:hAnsi="Times New Roman" w:cs="Times New Roman"/>
          <w:sz w:val="24"/>
          <w:szCs w:val="24"/>
        </w:rPr>
        <w:t xml:space="preserve">«Мир функциональной грамотности»  </w:t>
      </w:r>
      <w:r w:rsidRPr="00C725E1">
        <w:rPr>
          <w:rFonts w:ascii="Times New Roman" w:hAnsi="Times New Roman" w:cs="Times New Roman"/>
          <w:sz w:val="24"/>
          <w:szCs w:val="24"/>
        </w:rPr>
        <w:t xml:space="preserve">в </w:t>
      </w:r>
      <w:r w:rsidR="000B74F6">
        <w:rPr>
          <w:rFonts w:ascii="Times New Roman" w:hAnsi="Times New Roman" w:cs="Times New Roman"/>
          <w:b/>
          <w:sz w:val="24"/>
          <w:szCs w:val="24"/>
        </w:rPr>
        <w:t>3</w:t>
      </w:r>
      <w:r w:rsidRPr="00C725E1">
        <w:rPr>
          <w:rFonts w:ascii="Times New Roman" w:hAnsi="Times New Roman" w:cs="Times New Roman"/>
          <w:b/>
          <w:sz w:val="24"/>
          <w:szCs w:val="24"/>
        </w:rPr>
        <w:t>-м классе</w:t>
      </w:r>
      <w:r w:rsidRPr="00C725E1">
        <w:rPr>
          <w:rFonts w:ascii="Times New Roman" w:hAnsi="Times New Roman" w:cs="Times New Roman"/>
          <w:sz w:val="24"/>
          <w:szCs w:val="24"/>
        </w:rPr>
        <w:t xml:space="preserve">  отводится </w:t>
      </w:r>
      <w:r w:rsidRPr="00C725E1">
        <w:rPr>
          <w:rFonts w:ascii="Times New Roman" w:hAnsi="Times New Roman" w:cs="Times New Roman"/>
          <w:b/>
          <w:sz w:val="24"/>
          <w:szCs w:val="24"/>
        </w:rPr>
        <w:t>3</w:t>
      </w:r>
      <w:r w:rsidR="000B74F6">
        <w:rPr>
          <w:rFonts w:ascii="Times New Roman" w:hAnsi="Times New Roman" w:cs="Times New Roman"/>
          <w:b/>
          <w:sz w:val="24"/>
          <w:szCs w:val="24"/>
        </w:rPr>
        <w:t>4</w:t>
      </w:r>
      <w:r w:rsidRPr="00C725E1">
        <w:rPr>
          <w:rFonts w:ascii="Times New Roman" w:hAnsi="Times New Roman" w:cs="Times New Roman"/>
          <w:b/>
          <w:sz w:val="24"/>
          <w:szCs w:val="24"/>
        </w:rPr>
        <w:t xml:space="preserve"> часа</w:t>
      </w:r>
      <w:r w:rsidRPr="00C725E1">
        <w:rPr>
          <w:rFonts w:ascii="Times New Roman" w:hAnsi="Times New Roman" w:cs="Times New Roman"/>
          <w:sz w:val="24"/>
          <w:szCs w:val="24"/>
        </w:rPr>
        <w:t xml:space="preserve"> (1 ч в неделю)</w:t>
      </w:r>
    </w:p>
    <w:p w:rsidR="00EA22C9" w:rsidRPr="00C725E1" w:rsidRDefault="00EA22C9" w:rsidP="00EA22C9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b/>
          <w:sz w:val="24"/>
          <w:szCs w:val="24"/>
        </w:rPr>
        <w:t xml:space="preserve">Возраст обучающихся: </w:t>
      </w:r>
      <w:r w:rsidR="00424427">
        <w:rPr>
          <w:rFonts w:ascii="Times New Roman" w:hAnsi="Times New Roman" w:cs="Times New Roman"/>
          <w:sz w:val="24"/>
          <w:szCs w:val="24"/>
        </w:rPr>
        <w:t>9</w:t>
      </w:r>
      <w:r w:rsidRPr="00C725E1">
        <w:rPr>
          <w:rFonts w:ascii="Times New Roman" w:hAnsi="Times New Roman" w:cs="Times New Roman"/>
          <w:sz w:val="24"/>
          <w:szCs w:val="24"/>
        </w:rPr>
        <w:t>-</w:t>
      </w:r>
      <w:r w:rsidR="000B74F6">
        <w:rPr>
          <w:rFonts w:ascii="Times New Roman" w:hAnsi="Times New Roman" w:cs="Times New Roman"/>
          <w:sz w:val="24"/>
          <w:szCs w:val="24"/>
        </w:rPr>
        <w:t>11</w:t>
      </w:r>
      <w:r w:rsidRPr="00C725E1">
        <w:rPr>
          <w:rFonts w:ascii="Times New Roman" w:hAnsi="Times New Roman" w:cs="Times New Roman"/>
          <w:sz w:val="24"/>
          <w:szCs w:val="24"/>
        </w:rPr>
        <w:t xml:space="preserve"> лет </w:t>
      </w:r>
    </w:p>
    <w:p w:rsidR="00770A12" w:rsidRPr="00C725E1" w:rsidRDefault="00462DA2" w:rsidP="000A4C2F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Программа курса внеурочной деятельности 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«</w:t>
      </w:r>
      <w:r w:rsidR="000A60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Мир функциональной грамотности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</w:t>
      </w:r>
      <w:r w:rsidR="000A60E8" w:rsidRPr="00440D4E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  <w:lang w:eastAsia="ru-RU"/>
        </w:rPr>
        <w:t xml:space="preserve">  </w:t>
      </w:r>
      <w:r w:rsidRPr="00C725E1">
        <w:rPr>
          <w:rFonts w:ascii="Times New Roman" w:hAnsi="Times New Roman" w:cs="Times New Roman"/>
          <w:sz w:val="24"/>
          <w:szCs w:val="24"/>
        </w:rPr>
        <w:t>рассчитана</w:t>
      </w:r>
      <w:r w:rsidR="000A4C2F" w:rsidRPr="00C725E1">
        <w:rPr>
          <w:rFonts w:ascii="Times New Roman" w:hAnsi="Times New Roman" w:cs="Times New Roman"/>
          <w:sz w:val="24"/>
          <w:szCs w:val="24"/>
        </w:rPr>
        <w:t xml:space="preserve"> на 135 часов. Срок реализации 4 года (1-4 класс): </w:t>
      </w:r>
    </w:p>
    <w:p w:rsidR="00770A12" w:rsidRPr="00C725E1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1 класс – 33 часа </w:t>
      </w:r>
    </w:p>
    <w:p w:rsidR="00770A12" w:rsidRPr="00C725E1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2 класс – 34 часа </w:t>
      </w:r>
    </w:p>
    <w:p w:rsidR="00770A12" w:rsidRPr="00C725E1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3 класс – 34 часа </w:t>
      </w:r>
    </w:p>
    <w:p w:rsidR="00770A12" w:rsidRPr="00C725E1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4 класс – 34 часа </w:t>
      </w:r>
    </w:p>
    <w:p w:rsidR="00462DA2" w:rsidRPr="00C725E1" w:rsidRDefault="00462DA2" w:rsidP="00770A1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</w:t>
      </w:r>
    </w:p>
    <w:p w:rsidR="00E06C30" w:rsidRPr="00E06C30" w:rsidRDefault="00E06C30" w:rsidP="00E06C3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6C30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Pr="00E06C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06C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виды деятельности учащихся:</w:t>
      </w:r>
    </w:p>
    <w:p w:rsidR="00770A12" w:rsidRPr="00C725E1" w:rsidRDefault="00770A12" w:rsidP="002E6BFF">
      <w:pPr>
        <w:numPr>
          <w:ilvl w:val="0"/>
          <w:numId w:val="1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недели;</w:t>
      </w:r>
    </w:p>
    <w:p w:rsidR="00770A12" w:rsidRPr="00C725E1" w:rsidRDefault="00770A12" w:rsidP="002E6BFF">
      <w:pPr>
        <w:numPr>
          <w:ilvl w:val="0"/>
          <w:numId w:val="1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Библиотечные уроки;</w:t>
      </w:r>
    </w:p>
    <w:p w:rsidR="00770A12" w:rsidRPr="00C725E1" w:rsidRDefault="00455A6D" w:rsidP="002E6BFF">
      <w:pPr>
        <w:numPr>
          <w:ilvl w:val="0"/>
          <w:numId w:val="1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Деловые беседы</w:t>
      </w:r>
      <w:r w:rsidR="00770A12"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0A12" w:rsidRPr="00C725E1" w:rsidRDefault="00770A12" w:rsidP="002E6BFF">
      <w:pPr>
        <w:numPr>
          <w:ilvl w:val="0"/>
          <w:numId w:val="1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 научно-исследовательских </w:t>
      </w:r>
      <w:r w:rsidR="00455A6D"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дискуссиях</w:t>
      </w:r>
      <w:r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03467" w:rsidRPr="00C725E1" w:rsidRDefault="00455A6D" w:rsidP="002E6BFF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right="45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Практические </w:t>
      </w:r>
      <w:r w:rsidR="00003467" w:rsidRPr="00C72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</w:t>
      </w:r>
    </w:p>
    <w:p w:rsidR="00EA22C9" w:rsidRPr="00C725E1" w:rsidRDefault="00770A12" w:rsidP="00E06C30">
      <w:pPr>
        <w:shd w:val="clear" w:color="auto" w:fill="FFFFFF"/>
        <w:spacing w:after="0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25E1">
        <w:rPr>
          <w:rFonts w:ascii="Times New Roman" w:hAnsi="Times New Roman" w:cs="Times New Roman"/>
          <w:sz w:val="24"/>
          <w:szCs w:val="24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917113" w:rsidRPr="00C725E1" w:rsidRDefault="00EA22C9" w:rsidP="00D73D4F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725E1">
        <w:rPr>
          <w:rFonts w:ascii="Times New Roman" w:hAnsi="Times New Roman" w:cs="Times New Roman"/>
          <w:color w:val="auto"/>
          <w:sz w:val="24"/>
          <w:szCs w:val="24"/>
        </w:rPr>
        <w:t>4.</w:t>
      </w:r>
      <w:r w:rsidR="00C0152F" w:rsidRPr="00C725E1">
        <w:rPr>
          <w:rFonts w:ascii="Times New Roman" w:hAnsi="Times New Roman" w:cs="Times New Roman"/>
          <w:color w:val="auto"/>
          <w:sz w:val="24"/>
          <w:szCs w:val="24"/>
        </w:rPr>
        <w:t>ПЛАНИ</w:t>
      </w:r>
      <w:r w:rsidR="00917113" w:rsidRPr="00C725E1">
        <w:rPr>
          <w:rFonts w:ascii="Times New Roman" w:hAnsi="Times New Roman" w:cs="Times New Roman"/>
          <w:color w:val="auto"/>
          <w:sz w:val="24"/>
          <w:szCs w:val="24"/>
        </w:rPr>
        <w:t>РУЕМЫЕ РЕЗУЛЬТАТЫ ОСВОЕНИЯ КУРСА</w:t>
      </w:r>
    </w:p>
    <w:p w:rsidR="00917113" w:rsidRPr="00C725E1" w:rsidRDefault="00C0152F" w:rsidP="000A4C2F">
      <w:pPr>
        <w:spacing w:after="0"/>
        <w:ind w:right="62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</w:rPr>
        <w:t>Программа обеспечивает достижение</w:t>
      </w:r>
      <w:r w:rsidR="00917113" w:rsidRPr="00C725E1">
        <w:rPr>
          <w:rFonts w:ascii="Times New Roman" w:eastAsia="Times New Roman" w:hAnsi="Times New Roman" w:cs="Times New Roman"/>
          <w:sz w:val="24"/>
          <w:szCs w:val="24"/>
        </w:rPr>
        <w:t xml:space="preserve"> следующих личностных, </w:t>
      </w:r>
      <w:proofErr w:type="spellStart"/>
      <w:r w:rsidR="00917113" w:rsidRPr="00C725E1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="00917113" w:rsidRPr="00C725E1">
        <w:rPr>
          <w:rFonts w:ascii="Times New Roman" w:eastAsia="Times New Roman" w:hAnsi="Times New Roman" w:cs="Times New Roman"/>
          <w:sz w:val="24"/>
          <w:szCs w:val="24"/>
        </w:rPr>
        <w:t xml:space="preserve"> результатов.</w:t>
      </w:r>
    </w:p>
    <w:p w:rsidR="00C0152F" w:rsidRPr="00C725E1" w:rsidRDefault="00C0152F" w:rsidP="00917113">
      <w:pPr>
        <w:spacing w:after="0" w:line="268" w:lineRule="auto"/>
        <w:ind w:right="6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результаты изучения курса:</w:t>
      </w:r>
    </w:p>
    <w:p w:rsidR="00C0152F" w:rsidRPr="00C725E1" w:rsidRDefault="00917113" w:rsidP="00917113">
      <w:pPr>
        <w:spacing w:after="13" w:line="268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</w:rPr>
        <w:t>-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 xml:space="preserve"> осознавать себя как члена семьи, общест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>ва и государства: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 xml:space="preserve"> участие в обсуждении финансовых проблем семьи, принятии 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>реше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ний о семейном бюджете;</w:t>
      </w:r>
    </w:p>
    <w:p w:rsidR="00917113" w:rsidRPr="00C725E1" w:rsidRDefault="00917113" w:rsidP="00917113">
      <w:pPr>
        <w:spacing w:after="13" w:line="268" w:lineRule="auto"/>
        <w:ind w:right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</w:rPr>
        <w:t>-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 xml:space="preserve">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152F" w:rsidRPr="00C725E1" w:rsidRDefault="00917113" w:rsidP="00917113">
      <w:pPr>
        <w:spacing w:after="13" w:line="268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 xml:space="preserve"> осознавать личную ответственность за свои поступки;</w:t>
      </w:r>
    </w:p>
    <w:p w:rsidR="00C0152F" w:rsidRPr="00C725E1" w:rsidRDefault="00C0152F" w:rsidP="00917113">
      <w:pPr>
        <w:spacing w:after="0" w:line="268" w:lineRule="auto"/>
        <w:ind w:right="62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5D99BDE9" wp14:editId="6E176C6F">
            <wp:simplePos x="0" y="0"/>
            <wp:positionH relativeFrom="column">
              <wp:posOffset>6700464</wp:posOffset>
            </wp:positionH>
            <wp:positionV relativeFrom="paragraph">
              <wp:posOffset>1034774</wp:posOffset>
            </wp:positionV>
            <wp:extent cx="62460" cy="13879"/>
            <wp:effectExtent l="0" t="0" r="0" b="0"/>
            <wp:wrapSquare wrapText="bothSides"/>
            <wp:docPr id="5145" name="Picture 5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" name="Picture 514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460" cy="13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7113" w:rsidRPr="00C725E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уметь сотрудничать </w:t>
      </w:r>
      <w:proofErr w:type="gramStart"/>
      <w:r w:rsidRPr="00C725E1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взрослыми и сверстниками в различных ситуациях.</w:t>
      </w:r>
    </w:p>
    <w:p w:rsidR="004426DD" w:rsidRPr="00C725E1" w:rsidRDefault="004426DD" w:rsidP="00917113">
      <w:pPr>
        <w:spacing w:after="2"/>
        <w:rPr>
          <w:rFonts w:ascii="Times New Roman" w:eastAsia="Times New Roman" w:hAnsi="Times New Roman" w:cs="Times New Roman"/>
          <w:sz w:val="24"/>
          <w:szCs w:val="24"/>
          <w:u w:val="single" w:color="000000"/>
        </w:rPr>
      </w:pPr>
    </w:p>
    <w:p w:rsidR="004426DD" w:rsidRPr="00C725E1" w:rsidRDefault="004426DD" w:rsidP="004426DD">
      <w:pPr>
        <w:spacing w:after="2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5E1"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C725E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>результаты изучения курса:</w:t>
      </w:r>
    </w:p>
    <w:p w:rsidR="00917113" w:rsidRPr="00C725E1" w:rsidRDefault="00C0152F" w:rsidP="00917113">
      <w:pPr>
        <w:spacing w:after="2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Познавательные:</w:t>
      </w:r>
    </w:p>
    <w:p w:rsidR="00917113" w:rsidRPr="00C725E1" w:rsidRDefault="00917113" w:rsidP="00917113">
      <w:pPr>
        <w:spacing w:after="2"/>
        <w:rPr>
          <w:rFonts w:ascii="Times New Roman" w:eastAsia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решен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>ия проблем творческого и поиско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вого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>: р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абота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над проектами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исследованиями;</w:t>
      </w:r>
    </w:p>
    <w:p w:rsidR="00917113" w:rsidRPr="00C725E1" w:rsidRDefault="00917113" w:rsidP="00917113">
      <w:pPr>
        <w:spacing w:after="2"/>
        <w:rPr>
          <w:rFonts w:ascii="Times New Roman" w:eastAsia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</w:rPr>
        <w:lastRenderedPageBreak/>
        <w:t>- и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спользовать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различные способы поиска, сбора, обработки,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 xml:space="preserve">анализа и представления информации; </w:t>
      </w:r>
    </w:p>
    <w:p w:rsidR="00917113" w:rsidRPr="00C725E1" w:rsidRDefault="00917113" w:rsidP="00917113">
      <w:pPr>
        <w:spacing w:after="2"/>
        <w:rPr>
          <w:rFonts w:ascii="Times New Roman" w:eastAsia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овладевать логическими действиями сравнения, обобщения,</w:t>
      </w:r>
      <w:r w:rsidRPr="00C72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C725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 wp14:anchorId="13A7C188" wp14:editId="25B844C4">
            <wp:simplePos x="0" y="0"/>
            <wp:positionH relativeFrom="column">
              <wp:posOffset>912596</wp:posOffset>
            </wp:positionH>
            <wp:positionV relativeFrom="paragraph">
              <wp:posOffset>10410</wp:posOffset>
            </wp:positionV>
            <wp:extent cx="6940" cy="6940"/>
            <wp:effectExtent l="0" t="0" r="0" b="0"/>
            <wp:wrapSquare wrapText="bothSides"/>
            <wp:docPr id="1154" name="Picture 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Picture 115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40" cy="6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 xml:space="preserve">классификации, установления аналогий и </w:t>
      </w: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причинно-следственных 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связей, построений рассуждений, отнесения к известным понятиям;</w:t>
      </w:r>
    </w:p>
    <w:p w:rsidR="00C0152F" w:rsidRPr="00C725E1" w:rsidRDefault="00917113" w:rsidP="00917113">
      <w:pPr>
        <w:spacing w:after="0"/>
        <w:ind w:right="12"/>
        <w:rPr>
          <w:rFonts w:ascii="Times New Roman" w:eastAsia="Times New Roman" w:hAnsi="Times New Roman" w:cs="Times New Roman"/>
          <w:sz w:val="24"/>
          <w:szCs w:val="24"/>
        </w:rPr>
      </w:pPr>
      <w:r w:rsidRPr="00C725E1">
        <w:rPr>
          <w:rFonts w:ascii="Times New Roman" w:eastAsia="Times New Roman" w:hAnsi="Times New Roman" w:cs="Times New Roman"/>
          <w:sz w:val="24"/>
          <w:szCs w:val="24"/>
        </w:rPr>
        <w:t>- использовать з</w:t>
      </w:r>
      <w:r w:rsidR="00C0152F" w:rsidRPr="00C725E1">
        <w:rPr>
          <w:rFonts w:ascii="Times New Roman" w:eastAsia="Times New Roman" w:hAnsi="Times New Roman" w:cs="Times New Roman"/>
          <w:sz w:val="24"/>
          <w:szCs w:val="24"/>
        </w:rPr>
        <w:t>наково-символические средства, в том числе моделирование;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ориентироваться в своей системе знаний: отличать новое от уже </w:t>
      </w:r>
      <w:proofErr w:type="gramStart"/>
      <w:r w:rsidRPr="00C725E1">
        <w:rPr>
          <w:rFonts w:ascii="Times New Roman" w:hAnsi="Times New Roman" w:cs="Times New Roman"/>
          <w:sz w:val="24"/>
          <w:szCs w:val="24"/>
        </w:rPr>
        <w:t>известного</w:t>
      </w:r>
      <w:proofErr w:type="gramEnd"/>
      <w:r w:rsidRPr="00C725E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 xml:space="preserve">делать предварительный отбор источников информации: ориентироваться в потоке информации; 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>перерабатывать полученную информацию: сравнивать и группировать объекты;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преобразовывать информацию из одной формы в другую.</w:t>
      </w:r>
    </w:p>
    <w:p w:rsidR="004426DD" w:rsidRPr="00C725E1" w:rsidRDefault="004426DD" w:rsidP="004426DD">
      <w:pPr>
        <w:spacing w:after="0"/>
        <w:ind w:left="38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  <w:u w:val="single" w:color="000000"/>
        </w:rPr>
        <w:t>Регулятивные: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проявлять познавательную и творческую инициативу; 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>принимать и сохранять учебную цель и задачу, планировать ее реализацию, в том числе во внутреннем плане;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контролировать и оценивать свои действия, вносить соответствующие коррективы в их выполнение;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уметь отличать правильно выполненное задание от неверного;</w:t>
      </w:r>
      <w:r w:rsidRPr="00C725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32DC2F" wp14:editId="1F35CDC5">
            <wp:extent cx="74629" cy="74628"/>
            <wp:effectExtent l="0" t="0" r="0" b="0"/>
            <wp:docPr id="5175" name="Picture 5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5" name="Picture 517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629" cy="7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25E1">
        <w:rPr>
          <w:rFonts w:ascii="Times New Roman" w:hAnsi="Times New Roman" w:cs="Times New Roman"/>
          <w:sz w:val="24"/>
          <w:szCs w:val="24"/>
        </w:rPr>
        <w:t xml:space="preserve">- оценивать правильность выполнения действий: самооценка и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>, знакомство с критериями оценивания.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  <w:u w:val="single" w:color="000000"/>
        </w:rPr>
        <w:t>Коммуникативные: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слушать и понимать речь других; 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совместно договариваться о правилах работы в группе; </w:t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 w:rsidRPr="00C725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23B81C" wp14:editId="6B5AF731">
            <wp:extent cx="27495" cy="11784"/>
            <wp:effectExtent l="0" t="0" r="0" b="0"/>
            <wp:docPr id="1397" name="Picture 1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" name="Picture 139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95" cy="1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DD" w:rsidRPr="00C725E1" w:rsidRDefault="004426DD" w:rsidP="004426D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учиться выполнять различные роли в группе (лидера, исполнителя, критика).</w:t>
      </w:r>
    </w:p>
    <w:p w:rsidR="00D73D4F" w:rsidRPr="00C725E1" w:rsidRDefault="00D73D4F" w:rsidP="00D73D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3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Прогнозируемые результаты</w:t>
      </w:r>
    </w:p>
    <w:p w:rsidR="00917113" w:rsidRPr="00C725E1" w:rsidRDefault="004426DD" w:rsidP="00C70208">
      <w:pPr>
        <w:spacing w:after="0"/>
        <w:ind w:right="12" w:firstLine="1416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C725E1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C725E1">
        <w:rPr>
          <w:rFonts w:ascii="Times New Roman" w:hAnsi="Times New Roman" w:cs="Times New Roman"/>
          <w:b/>
          <w:sz w:val="24"/>
          <w:szCs w:val="24"/>
        </w:rPr>
        <w:t>«Читательская грамотность»</w:t>
      </w:r>
      <w:r w:rsidRPr="00C725E1">
        <w:rPr>
          <w:rFonts w:ascii="Times New Roman" w:hAnsi="Times New Roman" w:cs="Times New Roman"/>
          <w:sz w:val="24"/>
          <w:szCs w:val="24"/>
        </w:rPr>
        <w:t>:</w:t>
      </w:r>
    </w:p>
    <w:p w:rsidR="00C70208" w:rsidRPr="00C725E1" w:rsidRDefault="00C70208" w:rsidP="00C702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>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C70208" w:rsidRPr="00C725E1" w:rsidRDefault="00C70208" w:rsidP="00C70208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>умение находить необходимую информацию в прочитанных текстах;</w:t>
      </w:r>
    </w:p>
    <w:p w:rsidR="00C70208" w:rsidRPr="00C725E1" w:rsidRDefault="00C70208" w:rsidP="00C70208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 xml:space="preserve"> умение задавать вопросы по содержанию прочитанных текстов; </w:t>
      </w:r>
    </w:p>
    <w:p w:rsidR="00C70208" w:rsidRPr="00C725E1" w:rsidRDefault="00C70208" w:rsidP="00E06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>умение составлять речевое высказывание в устной и письменной форме в соответствии с поставленной учебной задачей.</w:t>
      </w:r>
    </w:p>
    <w:p w:rsidR="00C70208" w:rsidRPr="00C725E1" w:rsidRDefault="00C70208" w:rsidP="00E06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0" wp14:anchorId="1BC9F7BB" wp14:editId="2E318E30">
            <wp:simplePos x="0" y="0"/>
            <wp:positionH relativeFrom="column">
              <wp:posOffset>724307</wp:posOffset>
            </wp:positionH>
            <wp:positionV relativeFrom="paragraph">
              <wp:posOffset>18477</wp:posOffset>
            </wp:positionV>
            <wp:extent cx="3695" cy="7391"/>
            <wp:effectExtent l="0" t="0" r="0" b="0"/>
            <wp:wrapSquare wrapText="bothSides"/>
            <wp:docPr id="1085" name="Picture 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" name="Picture 108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25E1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C725E1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C725E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C725E1">
        <w:rPr>
          <w:rFonts w:ascii="Times New Roman" w:hAnsi="Times New Roman" w:cs="Times New Roman"/>
          <w:b/>
          <w:sz w:val="24"/>
          <w:szCs w:val="24"/>
        </w:rPr>
        <w:t>Етественно</w:t>
      </w:r>
      <w:proofErr w:type="spellEnd"/>
      <w:r w:rsidRPr="00C725E1">
        <w:rPr>
          <w:rFonts w:ascii="Times New Roman" w:hAnsi="Times New Roman" w:cs="Times New Roman"/>
          <w:b/>
          <w:sz w:val="24"/>
          <w:szCs w:val="24"/>
        </w:rPr>
        <w:t>-научная грамотность»</w:t>
      </w:r>
      <w:r w:rsidRPr="00C725E1">
        <w:rPr>
          <w:rFonts w:ascii="Times New Roman" w:hAnsi="Times New Roman" w:cs="Times New Roman"/>
          <w:sz w:val="24"/>
          <w:szCs w:val="24"/>
        </w:rPr>
        <w:t>:</w:t>
      </w:r>
    </w:p>
    <w:p w:rsidR="00C70208" w:rsidRPr="00C725E1" w:rsidRDefault="00C70208" w:rsidP="00E06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C725E1">
        <w:rPr>
          <w:rFonts w:ascii="Times New Roman" w:hAnsi="Times New Roman" w:cs="Times New Roman"/>
          <w:sz w:val="24"/>
          <w:szCs w:val="24"/>
        </w:rPr>
        <w:t xml:space="preserve">способность осваивать и использовать </w:t>
      </w:r>
      <w:proofErr w:type="gramStart"/>
      <w:r w:rsidRPr="00C725E1">
        <w:rPr>
          <w:rFonts w:ascii="Times New Roman" w:hAnsi="Times New Roman" w:cs="Times New Roman"/>
          <w:sz w:val="24"/>
          <w:szCs w:val="24"/>
        </w:rPr>
        <w:t>естественно-научные</w:t>
      </w:r>
      <w:proofErr w:type="gramEnd"/>
      <w:r w:rsidRPr="00C725E1">
        <w:rPr>
          <w:rFonts w:ascii="Times New Roman" w:hAnsi="Times New Roman" w:cs="Times New Roman"/>
          <w:sz w:val="24"/>
          <w:szCs w:val="24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C70208" w:rsidRPr="00C725E1" w:rsidRDefault="00C70208" w:rsidP="00E06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lastRenderedPageBreak/>
        <w:t>- способность понимать основные; особенности естествознания как формы человеческого познания.</w:t>
      </w:r>
    </w:p>
    <w:p w:rsidR="00C70208" w:rsidRPr="00C725E1" w:rsidRDefault="00C70208" w:rsidP="00E06C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0" wp14:anchorId="3E288554" wp14:editId="338FC2B4">
            <wp:simplePos x="0" y="0"/>
            <wp:positionH relativeFrom="page">
              <wp:posOffset>7523919</wp:posOffset>
            </wp:positionH>
            <wp:positionV relativeFrom="page">
              <wp:posOffset>9696838</wp:posOffset>
            </wp:positionV>
            <wp:extent cx="7391" cy="59126"/>
            <wp:effectExtent l="0" t="0" r="0" b="0"/>
            <wp:wrapSquare wrapText="bothSides"/>
            <wp:docPr id="3262" name="Picture 3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" name="Picture 326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59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25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0" wp14:anchorId="2D2D4F67" wp14:editId="3E4BFE5B">
            <wp:simplePos x="0" y="0"/>
            <wp:positionH relativeFrom="page">
              <wp:posOffset>631921</wp:posOffset>
            </wp:positionH>
            <wp:positionV relativeFrom="page">
              <wp:posOffset>9885305</wp:posOffset>
            </wp:positionV>
            <wp:extent cx="3695" cy="3695"/>
            <wp:effectExtent l="0" t="0" r="0" b="0"/>
            <wp:wrapSquare wrapText="bothSides"/>
            <wp:docPr id="1224" name="Picture 1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Picture 122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25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0" wp14:anchorId="0469BE08" wp14:editId="67ABEBA1">
            <wp:simplePos x="0" y="0"/>
            <wp:positionH relativeFrom="page">
              <wp:posOffset>639311</wp:posOffset>
            </wp:positionH>
            <wp:positionV relativeFrom="page">
              <wp:posOffset>9885305</wp:posOffset>
            </wp:positionV>
            <wp:extent cx="7391" cy="11086"/>
            <wp:effectExtent l="0" t="0" r="0" b="0"/>
            <wp:wrapSquare wrapText="bothSides"/>
            <wp:docPr id="1225" name="Picture 1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Picture 122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25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0" wp14:anchorId="497B7E91" wp14:editId="21B35CEA">
            <wp:simplePos x="0" y="0"/>
            <wp:positionH relativeFrom="page">
              <wp:posOffset>631921</wp:posOffset>
            </wp:positionH>
            <wp:positionV relativeFrom="page">
              <wp:posOffset>9892696</wp:posOffset>
            </wp:positionV>
            <wp:extent cx="3695" cy="3695"/>
            <wp:effectExtent l="0" t="0" r="0" b="0"/>
            <wp:wrapSquare wrapText="bothSides"/>
            <wp:docPr id="1226" name="Picture 1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Picture 122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25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0" wp14:anchorId="7900477C" wp14:editId="1AC34F05">
            <wp:simplePos x="0" y="0"/>
            <wp:positionH relativeFrom="page">
              <wp:posOffset>624530</wp:posOffset>
            </wp:positionH>
            <wp:positionV relativeFrom="page">
              <wp:posOffset>9925955</wp:posOffset>
            </wp:positionV>
            <wp:extent cx="7391" cy="11086"/>
            <wp:effectExtent l="0" t="0" r="0" b="0"/>
            <wp:wrapSquare wrapText="bothSides"/>
            <wp:docPr id="1234" name="Picture 1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Picture 123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25E1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C725E1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C725E1">
        <w:rPr>
          <w:rFonts w:ascii="Times New Roman" w:hAnsi="Times New Roman" w:cs="Times New Roman"/>
          <w:b/>
          <w:sz w:val="24"/>
          <w:szCs w:val="24"/>
        </w:rPr>
        <w:t>«Математическая грамотность»:</w:t>
      </w:r>
    </w:p>
    <w:p w:rsidR="000A4C2F" w:rsidRPr="00C725E1" w:rsidRDefault="000A4C2F" w:rsidP="00E06C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C725E1">
        <w:rPr>
          <w:rFonts w:ascii="Times New Roman" w:hAnsi="Times New Roman" w:cs="Times New Roman"/>
          <w:sz w:val="24"/>
          <w:szCs w:val="24"/>
        </w:rPr>
        <w:t>способность формулировать, применять и интерпретировать математику в разнообразных контекстах;</w:t>
      </w:r>
    </w:p>
    <w:p w:rsidR="000A4C2F" w:rsidRPr="00C725E1" w:rsidRDefault="000A4C2F" w:rsidP="000A4C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C725E1">
        <w:rPr>
          <w:rFonts w:ascii="Times New Roman" w:hAnsi="Times New Roman" w:cs="Times New Roman"/>
          <w:sz w:val="24"/>
          <w:szCs w:val="24"/>
        </w:rPr>
        <w:t>способность проводить математические рассуждения;</w:t>
      </w:r>
    </w:p>
    <w:p w:rsidR="000A4C2F" w:rsidRPr="00C725E1" w:rsidRDefault="000A4C2F" w:rsidP="000A4C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C725E1">
        <w:rPr>
          <w:rFonts w:ascii="Times New Roman" w:hAnsi="Times New Roman" w:cs="Times New Roman"/>
          <w:sz w:val="24"/>
          <w:szCs w:val="24"/>
        </w:rPr>
        <w:t>способность использовать математические понятия, факты, чтобы описать, объяснить и предсказывать явления;</w:t>
      </w:r>
    </w:p>
    <w:p w:rsidR="00C70208" w:rsidRPr="00C725E1" w:rsidRDefault="000A4C2F" w:rsidP="000A4C2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C725E1">
        <w:rPr>
          <w:rFonts w:ascii="Times New Roman" w:hAnsi="Times New Roman" w:cs="Times New Roman"/>
          <w:sz w:val="24"/>
          <w:szCs w:val="24"/>
        </w:rPr>
        <w:t xml:space="preserve">способность понимать роль математики в мире, высказывать обоснованные суждения и принимать решения, которые необходимы </w:t>
      </w:r>
      <w:r w:rsidRPr="00C725E1">
        <w:rPr>
          <w:rFonts w:ascii="Times New Roman" w:hAnsi="Times New Roman" w:cs="Times New Roman"/>
          <w:sz w:val="24"/>
          <w:szCs w:val="24"/>
        </w:rPr>
        <w:t>к</w:t>
      </w:r>
      <w:r w:rsidR="00C70208" w:rsidRPr="00C725E1">
        <w:rPr>
          <w:rFonts w:ascii="Times New Roman" w:hAnsi="Times New Roman" w:cs="Times New Roman"/>
          <w:sz w:val="24"/>
          <w:szCs w:val="24"/>
        </w:rPr>
        <w:t>онструктивному,</w:t>
      </w:r>
      <w:r w:rsidRPr="00C725E1">
        <w:rPr>
          <w:rFonts w:ascii="Times New Roman" w:hAnsi="Times New Roman" w:cs="Times New Roman"/>
          <w:sz w:val="24"/>
          <w:szCs w:val="24"/>
        </w:rPr>
        <w:t xml:space="preserve"> </w:t>
      </w:r>
      <w:r w:rsidR="00C70208" w:rsidRPr="00C725E1">
        <w:rPr>
          <w:rFonts w:ascii="Times New Roman" w:hAnsi="Times New Roman" w:cs="Times New Roman"/>
          <w:sz w:val="24"/>
          <w:szCs w:val="24"/>
        </w:rPr>
        <w:t>активному и размышляющему человеку.</w:t>
      </w:r>
    </w:p>
    <w:p w:rsidR="00C70208" w:rsidRPr="00C725E1" w:rsidRDefault="00C70208" w:rsidP="000A4C2F">
      <w:pPr>
        <w:spacing w:after="0"/>
        <w:ind w:firstLine="19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C725E1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C725E1">
        <w:rPr>
          <w:rFonts w:ascii="Times New Roman" w:hAnsi="Times New Roman" w:cs="Times New Roman"/>
          <w:b/>
          <w:sz w:val="24"/>
          <w:szCs w:val="24"/>
        </w:rPr>
        <w:t>«Финансовая грамотность»:</w:t>
      </w:r>
    </w:p>
    <w:p w:rsidR="000A4C2F" w:rsidRPr="00C725E1" w:rsidRDefault="000A4C2F" w:rsidP="000A4C2F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C725E1">
        <w:rPr>
          <w:rFonts w:ascii="Times New Roman" w:hAnsi="Times New Roman" w:cs="Times New Roman"/>
          <w:sz w:val="24"/>
          <w:szCs w:val="24"/>
        </w:rPr>
        <w:t>понимание и правильное исп</w:t>
      </w:r>
      <w:r w:rsidRPr="00C725E1">
        <w:rPr>
          <w:rFonts w:ascii="Times New Roman" w:hAnsi="Times New Roman" w:cs="Times New Roman"/>
          <w:sz w:val="24"/>
          <w:szCs w:val="24"/>
        </w:rPr>
        <w:t>ользование финансовых терминов;</w:t>
      </w:r>
    </w:p>
    <w:p w:rsidR="000A4C2F" w:rsidRPr="00C725E1" w:rsidRDefault="00C70208" w:rsidP="000A4C2F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- представление о семейных расходах и доходах; </w:t>
      </w:r>
    </w:p>
    <w:p w:rsidR="000A4C2F" w:rsidRPr="00C725E1" w:rsidRDefault="00C70208" w:rsidP="000A4C2F">
      <w:pPr>
        <w:spacing w:after="0"/>
        <w:ind w:left="2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0" wp14:anchorId="51BB26BE" wp14:editId="13CA1C25">
            <wp:simplePos x="0" y="0"/>
            <wp:positionH relativeFrom="column">
              <wp:posOffset>6614840</wp:posOffset>
            </wp:positionH>
            <wp:positionV relativeFrom="paragraph">
              <wp:posOffset>171314</wp:posOffset>
            </wp:positionV>
            <wp:extent cx="70214" cy="70214"/>
            <wp:effectExtent l="0" t="0" r="0" b="0"/>
            <wp:wrapSquare wrapText="bothSides"/>
            <wp:docPr id="3278" name="Picture 3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" name="Picture 327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214" cy="70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4C2F" w:rsidRPr="00C725E1">
        <w:rPr>
          <w:rFonts w:ascii="Times New Roman" w:hAnsi="Times New Roman" w:cs="Times New Roman"/>
          <w:sz w:val="24"/>
          <w:szCs w:val="24"/>
        </w:rPr>
        <w:t>-</w:t>
      </w:r>
      <w:r w:rsidRPr="00C725E1">
        <w:rPr>
          <w:rFonts w:ascii="Times New Roman" w:hAnsi="Times New Roman" w:cs="Times New Roman"/>
          <w:sz w:val="24"/>
          <w:szCs w:val="24"/>
        </w:rPr>
        <w:t xml:space="preserve"> умение проводить простейшие расчеты семейного бюджета; </w:t>
      </w:r>
    </w:p>
    <w:p w:rsidR="000A4C2F" w:rsidRPr="00C725E1" w:rsidRDefault="000A4C2F" w:rsidP="000A4C2F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70208" w:rsidRPr="00C725E1">
        <w:rPr>
          <w:rFonts w:ascii="Times New Roman" w:hAnsi="Times New Roman" w:cs="Times New Roman"/>
          <w:sz w:val="24"/>
          <w:szCs w:val="24"/>
        </w:rPr>
        <w:t>представление о различных видах семейных доходов;</w:t>
      </w:r>
    </w:p>
    <w:p w:rsidR="000A4C2F" w:rsidRPr="00C725E1" w:rsidRDefault="000A4C2F" w:rsidP="000A4C2F">
      <w:pPr>
        <w:spacing w:after="0"/>
        <w:ind w:left="2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</w:t>
      </w:r>
      <w:r w:rsidR="00C70208" w:rsidRPr="00C725E1">
        <w:rPr>
          <w:rFonts w:ascii="Times New Roman" w:hAnsi="Times New Roman" w:cs="Times New Roman"/>
          <w:sz w:val="24"/>
          <w:szCs w:val="24"/>
        </w:rPr>
        <w:t xml:space="preserve"> представление о различных видах семейных расходов; </w:t>
      </w:r>
    </w:p>
    <w:p w:rsidR="00B82E52" w:rsidRDefault="000A4C2F" w:rsidP="00E06C30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70208" w:rsidRPr="00C725E1">
        <w:rPr>
          <w:rFonts w:ascii="Times New Roman" w:hAnsi="Times New Roman" w:cs="Times New Roman"/>
          <w:sz w:val="24"/>
          <w:szCs w:val="24"/>
        </w:rPr>
        <w:t>представление о способах экономии семейного бюджета.</w:t>
      </w:r>
    </w:p>
    <w:p w:rsidR="00FD5EC6" w:rsidRDefault="00FD5EC6" w:rsidP="00E06C30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</w:p>
    <w:p w:rsidR="00FD5EC6" w:rsidRDefault="00FD5EC6" w:rsidP="00E06C30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</w:p>
    <w:p w:rsidR="00FD5EC6" w:rsidRDefault="00FD5EC6" w:rsidP="00E06C30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</w:p>
    <w:p w:rsidR="00FD5EC6" w:rsidRPr="00C725E1" w:rsidRDefault="00FD5EC6" w:rsidP="00E06C30">
      <w:pPr>
        <w:spacing w:after="0"/>
        <w:ind w:left="29"/>
        <w:jc w:val="both"/>
        <w:rPr>
          <w:rFonts w:ascii="Times New Roman" w:hAnsi="Times New Roman" w:cs="Times New Roman"/>
          <w:sz w:val="24"/>
          <w:szCs w:val="24"/>
        </w:rPr>
      </w:pPr>
    </w:p>
    <w:p w:rsidR="00963622" w:rsidRPr="00C725E1" w:rsidRDefault="00E06C30" w:rsidP="00E06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6C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6.СОДЕРЖАНИЕ  КУРСА 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«</w:t>
      </w:r>
      <w:r w:rsidR="000A60E8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Мир функциональной грамотности</w:t>
      </w:r>
      <w:r w:rsidR="000A60E8" w:rsidRPr="00440D4E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»</w:t>
      </w:r>
      <w:r w:rsidR="000A60E8" w:rsidRPr="00440D4E">
        <w:rPr>
          <w:rFonts w:ascii="Times New Roman" w:eastAsia="Times New Roman" w:hAnsi="Times New Roman" w:cs="Times New Roman"/>
          <w:color w:val="0D0D0D"/>
          <w:spacing w:val="-10"/>
          <w:sz w:val="24"/>
          <w:szCs w:val="24"/>
          <w:lang w:eastAsia="ru-RU"/>
        </w:rPr>
        <w:t xml:space="preserve">  </w:t>
      </w:r>
    </w:p>
    <w:p w:rsidR="00963622" w:rsidRPr="00C725E1" w:rsidRDefault="00963622" w:rsidP="00963622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053E" w:rsidRPr="0038053E" w:rsidRDefault="0038053E" w:rsidP="0038053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38053E">
        <w:rPr>
          <w:rFonts w:ascii="Times New Roman" w:eastAsiaTheme="minorEastAsia" w:hAnsi="Times New Roman" w:cs="Times New Roman"/>
          <w:sz w:val="24"/>
          <w:szCs w:val="28"/>
          <w:lang w:eastAsia="ru-RU"/>
        </w:rPr>
        <w:t xml:space="preserve">    </w:t>
      </w:r>
      <w:r w:rsidRPr="0038053E">
        <w:rPr>
          <w:rFonts w:ascii="Times New Roman" w:eastAsia="Calibri" w:hAnsi="Times New Roman" w:cs="Times New Roman"/>
          <w:sz w:val="24"/>
          <w:szCs w:val="28"/>
          <w:lang w:eastAsia="ru-RU"/>
        </w:rPr>
        <w:t>Читательская грамотность: анализ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:rsidR="0038053E" w:rsidRPr="0038053E" w:rsidRDefault="0038053E" w:rsidP="0038053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38053E">
        <w:rPr>
          <w:rFonts w:ascii="Times New Roman" w:eastAsiaTheme="minorEastAsia" w:hAnsi="Times New Roman" w:cs="Times New Roman"/>
          <w:sz w:val="24"/>
          <w:szCs w:val="28"/>
          <w:lang w:eastAsia="ru-RU"/>
        </w:rPr>
        <w:t xml:space="preserve">   </w:t>
      </w:r>
      <w:r w:rsidRPr="0038053E">
        <w:rPr>
          <w:rFonts w:ascii="Times New Roman" w:eastAsia="Calibri" w:hAnsi="Times New Roman" w:cs="Times New Roman"/>
          <w:sz w:val="24"/>
          <w:szCs w:val="28"/>
          <w:lang w:eastAsia="ru-RU"/>
        </w:rPr>
        <w:t>Математическая грамотность: счет предметов в пределах 10, составление числовых выражений и нахождение их значений,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:rsidR="0038053E" w:rsidRPr="0038053E" w:rsidRDefault="0038053E" w:rsidP="0038053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38053E">
        <w:rPr>
          <w:rFonts w:ascii="Times New Roman" w:eastAsiaTheme="minorEastAsia" w:hAnsi="Times New Roman" w:cs="Times New Roman"/>
          <w:sz w:val="24"/>
          <w:szCs w:val="28"/>
          <w:lang w:eastAsia="ru-RU"/>
        </w:rPr>
        <w:t xml:space="preserve">  </w:t>
      </w:r>
      <w:proofErr w:type="gramStart"/>
      <w:r w:rsidRPr="0038053E">
        <w:rPr>
          <w:rFonts w:ascii="Times New Roman" w:eastAsia="Calibri" w:hAnsi="Times New Roman" w:cs="Times New Roman"/>
          <w:sz w:val="24"/>
          <w:szCs w:val="28"/>
          <w:lang w:eastAsia="ru-RU"/>
        </w:rPr>
        <w:t>Финансовая грамотность: деньги, финансы, покупка, товар, обмен, бартер, услуги платные и бесплатные, доход, прибыль, банк, реклама, цена, количество, стоимость.</w:t>
      </w:r>
      <w:proofErr w:type="gramEnd"/>
    </w:p>
    <w:p w:rsidR="0038053E" w:rsidRPr="0038053E" w:rsidRDefault="0038053E" w:rsidP="0038053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38053E">
        <w:rPr>
          <w:rFonts w:ascii="Times New Roman" w:eastAsiaTheme="minorEastAsia" w:hAnsi="Times New Roman" w:cs="Times New Roman"/>
          <w:sz w:val="24"/>
          <w:szCs w:val="28"/>
          <w:lang w:eastAsia="ru-RU"/>
        </w:rPr>
        <w:lastRenderedPageBreak/>
        <w:t xml:space="preserve">   </w:t>
      </w:r>
      <w:proofErr w:type="gramStart"/>
      <w:r w:rsidRPr="0038053E">
        <w:rPr>
          <w:rFonts w:ascii="Times New Roman" w:eastAsia="Calibri" w:hAnsi="Times New Roman" w:cs="Times New Roman"/>
          <w:sz w:val="24"/>
          <w:szCs w:val="28"/>
          <w:lang w:eastAsia="ru-RU"/>
        </w:rPr>
        <w:t>Естественно-научная</w:t>
      </w:r>
      <w:proofErr w:type="gramEnd"/>
      <w:r w:rsidRPr="0038053E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грамотность: наблюдения и простейшие эксперименты с яблоком, воздушным шариком, зеркалом и апельсином; воздух и его свойства, соль и её свойства, вода и её свойства, три состояния воды, плавучесть предметов, отражение.</w:t>
      </w:r>
    </w:p>
    <w:p w:rsidR="00963622" w:rsidRPr="00C725E1" w:rsidRDefault="00963622" w:rsidP="00963622">
      <w:pPr>
        <w:tabs>
          <w:tab w:val="left" w:pos="6240"/>
        </w:tabs>
        <w:spacing w:after="0"/>
        <w:ind w:left="6"/>
        <w:jc w:val="both"/>
        <w:rPr>
          <w:rFonts w:ascii="Times New Roman" w:hAnsi="Times New Roman" w:cs="Times New Roman"/>
          <w:sz w:val="24"/>
          <w:szCs w:val="24"/>
        </w:rPr>
      </w:pPr>
    </w:p>
    <w:p w:rsidR="00E06C30" w:rsidRPr="00E06C30" w:rsidRDefault="00E06C30" w:rsidP="00E06C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6C30">
        <w:rPr>
          <w:rFonts w:ascii="Times New Roman" w:hAnsi="Times New Roman" w:cs="Times New Roman"/>
          <w:b/>
          <w:sz w:val="24"/>
          <w:szCs w:val="24"/>
        </w:rPr>
        <w:t>7.Оценка эффективности реализации программы.</w:t>
      </w:r>
    </w:p>
    <w:p w:rsidR="00E06C30" w:rsidRPr="00C725E1" w:rsidRDefault="00E06C30" w:rsidP="00E06C30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Обучение ведется на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безотметочной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основе.</w:t>
      </w:r>
    </w:p>
    <w:p w:rsidR="00E06C30" w:rsidRPr="00C725E1" w:rsidRDefault="00E06C30" w:rsidP="00E06C30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Для оценки эффективности занятий можно использовать следующие показатели:</w:t>
      </w:r>
      <w:r w:rsidRPr="00C725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0" wp14:anchorId="4BA6781B" wp14:editId="4C5A7448">
            <wp:simplePos x="0" y="0"/>
            <wp:positionH relativeFrom="page">
              <wp:posOffset>404533</wp:posOffset>
            </wp:positionH>
            <wp:positionV relativeFrom="page">
              <wp:posOffset>4601562</wp:posOffset>
            </wp:positionV>
            <wp:extent cx="3890" cy="7779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90" cy="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6C30" w:rsidRPr="00C725E1" w:rsidRDefault="00E06C30" w:rsidP="00E06C30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степень помощи, которую оказывает учитель учащимся при выполнении заданий;</w:t>
      </w:r>
    </w:p>
    <w:p w:rsidR="00E06C30" w:rsidRPr="00C725E1" w:rsidRDefault="00E06C30" w:rsidP="00E06C30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поведение детей на занятиях: живость, активность, заинтересованность обеспечивают положительные результаты;</w:t>
      </w:r>
    </w:p>
    <w:p w:rsidR="00E06C30" w:rsidRPr="00C725E1" w:rsidRDefault="00E06C30" w:rsidP="00E06C30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E06C30" w:rsidRPr="00C725E1" w:rsidRDefault="00E06C30" w:rsidP="00E06C30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- 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6C5E59" w:rsidRPr="006C5E59" w:rsidRDefault="006C5E59" w:rsidP="00424427">
      <w:pPr>
        <w:widowControl w:val="0"/>
        <w:autoSpaceDE w:val="0"/>
        <w:autoSpaceDN w:val="0"/>
        <w:spacing w:before="3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5E59"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Тематическое</w:t>
      </w:r>
      <w:r w:rsidRPr="006C5E5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6C5E59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планирование</w:t>
      </w:r>
    </w:p>
    <w:p w:rsidR="006C5E59" w:rsidRPr="006C5E59" w:rsidRDefault="006C5E59" w:rsidP="006C5E59">
      <w:pPr>
        <w:spacing w:before="5" w:after="120" w:line="240" w:lineRule="auto"/>
        <w:rPr>
          <w:rFonts w:ascii="Calibri" w:eastAsia="Times New Roman" w:hAnsi="Calibri" w:cs="Times New Roman"/>
          <w:b/>
          <w:sz w:val="14"/>
          <w:szCs w:val="24"/>
          <w:lang w:val="en-US" w:bidi="en-US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6286"/>
        <w:gridCol w:w="2549"/>
      </w:tblGrid>
      <w:tr w:rsidR="006C5E59" w:rsidRPr="006C5E59" w:rsidTr="00424427">
        <w:trPr>
          <w:trHeight w:val="985"/>
        </w:trPr>
        <w:tc>
          <w:tcPr>
            <w:tcW w:w="955" w:type="dxa"/>
            <w:tcBorders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82"/>
              <w:ind w:left="426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6286" w:type="dxa"/>
            <w:tcBorders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82"/>
              <w:ind w:left="1784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>разделов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>тем</w:t>
            </w:r>
            <w:proofErr w:type="spellEnd"/>
          </w:p>
        </w:tc>
        <w:tc>
          <w:tcPr>
            <w:tcW w:w="2549" w:type="dxa"/>
            <w:tcBorders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82" w:line="360" w:lineRule="auto"/>
              <w:ind w:left="291" w:right="230" w:hanging="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Общее количество</w:t>
            </w:r>
            <w:r w:rsidRPr="006C5E59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часов</w:t>
            </w:r>
            <w:r w:rsidRPr="006C5E5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</w:t>
            </w:r>
            <w:r w:rsidRPr="006C5E59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изучение</w:t>
            </w:r>
          </w:p>
        </w:tc>
      </w:tr>
      <w:tr w:rsidR="006C5E59" w:rsidRPr="006C5E59" w:rsidTr="00424427">
        <w:trPr>
          <w:trHeight w:val="568"/>
        </w:trPr>
        <w:tc>
          <w:tcPr>
            <w:tcW w:w="955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434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Блок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Читательская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6C5E59" w:rsidRPr="006C5E59" w:rsidTr="00424427">
        <w:trPr>
          <w:trHeight w:val="789"/>
        </w:trPr>
        <w:tc>
          <w:tcPr>
            <w:tcW w:w="955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434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Блок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Естественно-научная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6C5E59" w:rsidRPr="006C5E59" w:rsidTr="00424427">
        <w:trPr>
          <w:trHeight w:val="945"/>
        </w:trPr>
        <w:tc>
          <w:tcPr>
            <w:tcW w:w="955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434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Блок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4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6C5E59" w:rsidRPr="006C5E59" w:rsidTr="00424427">
        <w:trPr>
          <w:trHeight w:val="949"/>
        </w:trPr>
        <w:tc>
          <w:tcPr>
            <w:tcW w:w="955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8"/>
              <w:ind w:left="434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6286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8"/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Блок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Математическая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8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>9</w:t>
            </w:r>
          </w:p>
        </w:tc>
      </w:tr>
      <w:tr w:rsidR="006C5E59" w:rsidRPr="006C5E59" w:rsidTr="00424427">
        <w:trPr>
          <w:trHeight w:val="613"/>
        </w:trPr>
        <w:tc>
          <w:tcPr>
            <w:tcW w:w="724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8"/>
              <w:ind w:left="63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>Итого</w:t>
            </w:r>
            <w:proofErr w:type="spellEnd"/>
          </w:p>
        </w:tc>
        <w:tc>
          <w:tcPr>
            <w:tcW w:w="2549" w:type="dxa"/>
            <w:tcBorders>
              <w:top w:val="single" w:sz="6" w:space="0" w:color="000000"/>
              <w:bottom w:val="single" w:sz="6" w:space="0" w:color="000000"/>
            </w:tcBorders>
          </w:tcPr>
          <w:p w:rsidR="006C5E59" w:rsidRPr="006C5E59" w:rsidRDefault="006C5E59" w:rsidP="006C5E59">
            <w:pPr>
              <w:spacing w:before="78"/>
              <w:ind w:left="865" w:right="85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 xml:space="preserve">34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4"/>
              </w:rPr>
              <w:t>часа</w:t>
            </w:r>
            <w:proofErr w:type="spellEnd"/>
          </w:p>
        </w:tc>
      </w:tr>
    </w:tbl>
    <w:p w:rsidR="00424427" w:rsidRDefault="00424427" w:rsidP="00424427">
      <w:pPr>
        <w:widowControl w:val="0"/>
        <w:autoSpaceDE w:val="0"/>
        <w:autoSpaceDN w:val="0"/>
        <w:spacing w:before="90" w:after="0" w:line="240" w:lineRule="auto"/>
        <w:ind w:right="2939"/>
        <w:outlineLvl w:val="0"/>
        <w:rPr>
          <w:rFonts w:ascii="Times New Roman" w:hAnsi="Times New Roman" w:cs="Times New Roman"/>
          <w:sz w:val="24"/>
          <w:szCs w:val="24"/>
        </w:rPr>
      </w:pPr>
    </w:p>
    <w:p w:rsidR="006C5E59" w:rsidRPr="00424427" w:rsidRDefault="00FD4811" w:rsidP="00424427">
      <w:pPr>
        <w:widowControl w:val="0"/>
        <w:autoSpaceDE w:val="0"/>
        <w:autoSpaceDN w:val="0"/>
        <w:spacing w:before="90" w:after="0" w:line="240" w:lineRule="auto"/>
        <w:ind w:right="2939"/>
        <w:outlineLvl w:val="0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8. </w:t>
      </w:r>
      <w:r w:rsidR="006C5E59" w:rsidRPr="006C5E59">
        <w:rPr>
          <w:rFonts w:ascii="Times New Roman" w:eastAsia="Times New Roman" w:hAnsi="Times New Roman" w:cs="Times New Roman"/>
          <w:b/>
          <w:bCs/>
          <w:sz w:val="28"/>
          <w:szCs w:val="28"/>
        </w:rPr>
        <w:t>КАЛЕНДАРНО-ТЕМАТИЧЕСКОЕ</w:t>
      </w:r>
      <w:r w:rsidR="006C5E59" w:rsidRPr="006C5E5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="006C5E59" w:rsidRPr="006C5E59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ПЛАНИРОВАНИЕ</w:t>
      </w:r>
      <w:r w:rsidR="006C5E59" w:rsidRPr="006C5E59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="006C5E59" w:rsidRPr="006C5E59">
        <w:rPr>
          <w:rFonts w:ascii="Times New Roman" w:eastAsia="Times New Roman" w:hAnsi="Times New Roman" w:cs="Times New Roman"/>
          <w:b/>
          <w:bCs/>
          <w:sz w:val="28"/>
          <w:szCs w:val="28"/>
        </w:rPr>
        <w:t>ДЛЯ</w:t>
      </w:r>
      <w:r w:rsidR="006C5E59" w:rsidRPr="006C5E59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3 </w:t>
      </w:r>
      <w:r w:rsidR="00557ADB"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КЛАССА</w:t>
      </w: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3545"/>
        <w:gridCol w:w="2126"/>
        <w:gridCol w:w="2694"/>
        <w:gridCol w:w="1701"/>
      </w:tblGrid>
      <w:tr w:rsidR="006C5E59" w:rsidRPr="006C5E59" w:rsidTr="00557ADB">
        <w:trPr>
          <w:trHeight w:val="993"/>
        </w:trPr>
        <w:tc>
          <w:tcPr>
            <w:tcW w:w="1023" w:type="dxa"/>
          </w:tcPr>
          <w:p w:rsidR="006C5E59" w:rsidRPr="00FD4811" w:rsidRDefault="006C5E59" w:rsidP="006C5E59">
            <w:pPr>
              <w:spacing w:before="72"/>
              <w:ind w:left="165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№</w:t>
            </w:r>
            <w:r w:rsidRPr="00FD4811">
              <w:rPr>
                <w:rFonts w:ascii="Times New Roman" w:eastAsia="Times New Roman" w:hAnsi="Times New Roman" w:cs="Times New Roman"/>
                <w:b/>
                <w:spacing w:val="14"/>
                <w:sz w:val="20"/>
                <w:lang w:val="ru-RU"/>
              </w:rPr>
              <w:t xml:space="preserve"> </w:t>
            </w:r>
            <w:proofErr w:type="gramStart"/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</w:t>
            </w:r>
            <w:proofErr w:type="gramEnd"/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/п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before="72" w:line="321" w:lineRule="auto"/>
              <w:ind w:left="597" w:right="293" w:hanging="33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Наименование</w:t>
            </w:r>
            <w:r w:rsidRPr="006C5E59">
              <w:rPr>
                <w:rFonts w:ascii="Times New Roman" w:eastAsia="Times New Roman" w:hAnsi="Times New Roman" w:cs="Times New Roman"/>
                <w:b/>
                <w:spacing w:val="2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разделов</w:t>
            </w:r>
            <w:r w:rsidRPr="006C5E59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b/>
                <w:spacing w:val="1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тем\программы</w:t>
            </w:r>
          </w:p>
        </w:tc>
        <w:tc>
          <w:tcPr>
            <w:tcW w:w="936" w:type="dxa"/>
          </w:tcPr>
          <w:p w:rsidR="006C5E59" w:rsidRPr="00FD4811" w:rsidRDefault="006C5E59" w:rsidP="006C5E59">
            <w:pPr>
              <w:spacing w:before="72" w:line="244" w:lineRule="auto"/>
              <w:ind w:left="203" w:hanging="58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Кол-во</w:t>
            </w:r>
            <w:r w:rsidRPr="00FD4811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часов</w:t>
            </w:r>
          </w:p>
        </w:tc>
        <w:tc>
          <w:tcPr>
            <w:tcW w:w="706" w:type="dxa"/>
          </w:tcPr>
          <w:p w:rsidR="006C5E59" w:rsidRPr="00FD4811" w:rsidRDefault="006C5E59" w:rsidP="006C5E59">
            <w:pPr>
              <w:spacing w:before="72"/>
              <w:ind w:left="112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Дата план</w:t>
            </w:r>
          </w:p>
        </w:tc>
        <w:tc>
          <w:tcPr>
            <w:tcW w:w="3545" w:type="dxa"/>
          </w:tcPr>
          <w:p w:rsidR="006C5E59" w:rsidRPr="00FD4811" w:rsidRDefault="006C5E59" w:rsidP="006C5E59">
            <w:pPr>
              <w:spacing w:before="72"/>
              <w:ind w:right="2015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Виды</w:t>
            </w:r>
            <w:r w:rsidRPr="00FD4811">
              <w:rPr>
                <w:rFonts w:ascii="Times New Roman" w:eastAsia="Times New Roman" w:hAnsi="Times New Roman" w:cs="Times New Roman"/>
                <w:b/>
                <w:spacing w:val="24"/>
                <w:sz w:val="20"/>
                <w:lang w:val="ru-RU"/>
              </w:rPr>
              <w:t xml:space="preserve"> </w:t>
            </w: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деятельности</w:t>
            </w:r>
          </w:p>
        </w:tc>
        <w:tc>
          <w:tcPr>
            <w:tcW w:w="2126" w:type="dxa"/>
          </w:tcPr>
          <w:p w:rsidR="006C5E59" w:rsidRPr="00FD4811" w:rsidRDefault="006C5E59" w:rsidP="006C5E59">
            <w:pPr>
              <w:spacing w:before="72" w:line="242" w:lineRule="auto"/>
              <w:ind w:left="362" w:right="54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</w:pP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Форма</w:t>
            </w:r>
            <w:r w:rsidRPr="00FD4811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проведения</w:t>
            </w:r>
            <w:r w:rsidRPr="00FD4811">
              <w:rPr>
                <w:rFonts w:ascii="Times New Roman" w:eastAsia="Times New Roman" w:hAnsi="Times New Roman" w:cs="Times New Roman"/>
                <w:b/>
                <w:spacing w:val="-47"/>
                <w:sz w:val="20"/>
                <w:lang w:val="ru-RU"/>
              </w:rPr>
              <w:t xml:space="preserve"> </w:t>
            </w: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занятия</w:t>
            </w:r>
          </w:p>
        </w:tc>
        <w:tc>
          <w:tcPr>
            <w:tcW w:w="2694" w:type="dxa"/>
          </w:tcPr>
          <w:p w:rsidR="006C5E59" w:rsidRPr="006C5E59" w:rsidRDefault="006C5E59" w:rsidP="006C5E59">
            <w:pPr>
              <w:spacing w:before="72" w:line="244" w:lineRule="auto"/>
              <w:ind w:left="296" w:right="319" w:hanging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Электронные</w:t>
            </w:r>
            <w:r w:rsidRPr="00FD4811">
              <w:rPr>
                <w:rFonts w:ascii="Times New Roman" w:eastAsia="Times New Roman" w:hAnsi="Times New Roman" w:cs="Times New Roman"/>
                <w:b/>
                <w:spacing w:val="1"/>
                <w:sz w:val="20"/>
                <w:lang w:val="ru-RU"/>
              </w:rPr>
              <w:t xml:space="preserve"> </w:t>
            </w:r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(</w:t>
            </w:r>
            <w:proofErr w:type="spellStart"/>
            <w:r w:rsidRPr="00FD4811">
              <w:rPr>
                <w:rFonts w:ascii="Times New Roman" w:eastAsia="Times New Roman" w:hAnsi="Times New Roman" w:cs="Times New Roman"/>
                <w:b/>
                <w:sz w:val="20"/>
                <w:lang w:val="ru-RU"/>
              </w:rPr>
              <w:t>ци</w:t>
            </w:r>
            <w:r w:rsidRPr="006C5E59">
              <w:rPr>
                <w:rFonts w:ascii="Times New Roman" w:eastAsia="Times New Roman" w:hAnsi="Times New Roman" w:cs="Times New Roman"/>
                <w:b/>
                <w:sz w:val="20"/>
              </w:rPr>
              <w:t>фровые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b/>
                <w:sz w:val="20"/>
              </w:rPr>
              <w:t>)</w:t>
            </w:r>
          </w:p>
          <w:p w:rsidR="006C5E59" w:rsidRPr="006C5E59" w:rsidRDefault="006C5E59" w:rsidP="006C5E59">
            <w:pPr>
              <w:spacing w:line="226" w:lineRule="exact"/>
              <w:ind w:left="304" w:right="327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0"/>
              </w:rPr>
              <w:t>образовательные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b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0"/>
              </w:rPr>
              <w:t>ресурсы</w:t>
            </w:r>
            <w:proofErr w:type="spellEnd"/>
          </w:p>
        </w:tc>
        <w:tc>
          <w:tcPr>
            <w:tcW w:w="1701" w:type="dxa"/>
          </w:tcPr>
          <w:p w:rsidR="006C5E59" w:rsidRPr="006C5E59" w:rsidRDefault="006C5E59" w:rsidP="006C5E59">
            <w:pPr>
              <w:spacing w:before="72" w:line="244" w:lineRule="auto"/>
              <w:ind w:left="296" w:right="319" w:hanging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0"/>
              </w:rPr>
              <w:t>Дата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b/>
                <w:sz w:val="20"/>
              </w:rPr>
              <w:t>факт</w:t>
            </w:r>
            <w:proofErr w:type="spellEnd"/>
          </w:p>
        </w:tc>
      </w:tr>
      <w:tr w:rsidR="006C5E59" w:rsidRPr="006C5E59" w:rsidTr="006C5E59">
        <w:trPr>
          <w:trHeight w:val="229"/>
        </w:trPr>
        <w:tc>
          <w:tcPr>
            <w:tcW w:w="13911" w:type="dxa"/>
            <w:gridSpan w:val="7"/>
          </w:tcPr>
          <w:p w:rsidR="006C5E59" w:rsidRPr="006C5E59" w:rsidRDefault="006C5E59" w:rsidP="006C5E59">
            <w:pPr>
              <w:spacing w:line="210" w:lineRule="exac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Блок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Читательская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701" w:type="dxa"/>
          </w:tcPr>
          <w:p w:rsidR="006C5E59" w:rsidRPr="006C5E59" w:rsidRDefault="006C5E59" w:rsidP="006C5E59">
            <w:pPr>
              <w:spacing w:line="210" w:lineRule="exac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C5E59" w:rsidRPr="006C5E59" w:rsidTr="00557ADB">
        <w:trPr>
          <w:trHeight w:val="640"/>
        </w:trPr>
        <w:tc>
          <w:tcPr>
            <w:tcW w:w="1023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дождевого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червяка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3.09</w:t>
            </w:r>
          </w:p>
        </w:tc>
        <w:tc>
          <w:tcPr>
            <w:tcW w:w="3545" w:type="dxa"/>
          </w:tcPr>
          <w:p w:rsidR="006C5E59" w:rsidRPr="006C5E59" w:rsidRDefault="006C5E59" w:rsidP="006C5E59">
            <w:pPr>
              <w:spacing w:before="4" w:line="235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Сформировать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установку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активное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решении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задач,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осознанием</w:t>
            </w:r>
            <w:r w:rsidRPr="006C5E59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важности</w:t>
            </w:r>
            <w:r w:rsidRPr="006C5E59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образования.</w:t>
            </w:r>
          </w:p>
        </w:tc>
        <w:tc>
          <w:tcPr>
            <w:tcW w:w="2126" w:type="dxa"/>
          </w:tcPr>
          <w:p w:rsidR="006C5E59" w:rsidRPr="006C5E59" w:rsidRDefault="006C5E59" w:rsidP="006C5E59">
            <w:pPr>
              <w:ind w:left="-2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694" w:type="dxa"/>
            <w:tcBorders>
              <w:bottom w:val="nil"/>
            </w:tcBorders>
          </w:tcPr>
          <w:p w:rsidR="006C5E59" w:rsidRPr="006C5E59" w:rsidRDefault="006C5E59" w:rsidP="006C5E59">
            <w:pPr>
              <w:spacing w:before="2" w:line="237" w:lineRule="auto"/>
              <w:ind w:left="12"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 школы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(РЭШ,</w:t>
            </w:r>
            <w:r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hyperlink r:id="rId25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proofErr w:type="gramEnd"/>
          </w:p>
          <w:p w:rsidR="006C5E59" w:rsidRPr="006C5E59" w:rsidRDefault="006436D1" w:rsidP="006C5E59">
            <w:pPr>
              <w:spacing w:before="2" w:line="214" w:lineRule="exact"/>
              <w:ind w:left="12"/>
              <w:rPr>
                <w:rFonts w:ascii="Times New Roman" w:eastAsia="Times New Roman" w:hAnsi="Times New Roman" w:cs="Times New Roman"/>
                <w:sz w:val="20"/>
              </w:rPr>
            </w:pPr>
            <w:hyperlink r:id="rId26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u/</w:t>
              </w:r>
            </w:hyperlink>
            <w:r w:rsidR="006C5E59" w:rsidRPr="006C5E59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701" w:type="dxa"/>
            <w:tcBorders>
              <w:bottom w:val="nil"/>
            </w:tcBorders>
          </w:tcPr>
          <w:p w:rsidR="006C5E59" w:rsidRPr="006C5E59" w:rsidRDefault="006C5E59" w:rsidP="006C5E59">
            <w:pPr>
              <w:spacing w:before="2" w:line="237" w:lineRule="auto"/>
              <w:ind w:left="12" w:right="39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5E59" w:rsidRPr="006C5E59" w:rsidTr="00557ADB">
        <w:trPr>
          <w:trHeight w:val="2299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Дождевые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черви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10.09</w:t>
            </w:r>
          </w:p>
        </w:tc>
        <w:tc>
          <w:tcPr>
            <w:tcW w:w="3545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126" w:type="dxa"/>
          </w:tcPr>
          <w:p w:rsidR="006C5E59" w:rsidRPr="006C5E59" w:rsidRDefault="006C5E59" w:rsidP="006C5E59">
            <w:pPr>
              <w:spacing w:line="225" w:lineRule="exact"/>
              <w:ind w:left="-2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Викторина</w:t>
            </w:r>
            <w:proofErr w:type="spellEnd"/>
          </w:p>
        </w:tc>
        <w:tc>
          <w:tcPr>
            <w:tcW w:w="2694" w:type="dxa"/>
            <w:tcBorders>
              <w:top w:val="nil"/>
            </w:tcBorders>
          </w:tcPr>
          <w:p w:rsidR="006C5E59" w:rsidRPr="006C5E59" w:rsidRDefault="006C5E59" w:rsidP="006C5E59">
            <w:pPr>
              <w:ind w:left="12" w:right="30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Сетевой комплекс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информационного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взаимодействия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субъектов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Федерации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proofErr w:type="gramEnd"/>
          </w:p>
          <w:p w:rsidR="006C5E59" w:rsidRPr="006C5E59" w:rsidRDefault="006C5E59" w:rsidP="006C5E59">
            <w:pPr>
              <w:ind w:left="12"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проекте «Мониторинг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формирования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функциональной</w:t>
            </w:r>
            <w:proofErr w:type="gramEnd"/>
          </w:p>
          <w:p w:rsidR="006C5E59" w:rsidRPr="006C5E59" w:rsidRDefault="006C5E59" w:rsidP="006C5E59">
            <w:pPr>
              <w:spacing w:line="226" w:lineRule="exact"/>
              <w:ind w:left="12" w:right="16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грамотности</w:t>
            </w:r>
            <w:r w:rsidRPr="006C5E59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учащихся»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</w:t>
            </w:r>
            <w:hyperlink r:id="rId27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skiv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instrao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);</w:t>
            </w:r>
          </w:p>
        </w:tc>
        <w:tc>
          <w:tcPr>
            <w:tcW w:w="1701" w:type="dxa"/>
            <w:tcBorders>
              <w:top w:val="nil"/>
            </w:tcBorders>
          </w:tcPr>
          <w:p w:rsidR="006C5E59" w:rsidRPr="006C5E59" w:rsidRDefault="006C5E59" w:rsidP="006C5E59">
            <w:pPr>
              <w:ind w:left="12" w:right="30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C5E59" w:rsidRPr="006C5E59" w:rsidTr="00557ADB">
        <w:trPr>
          <w:trHeight w:val="739"/>
        </w:trPr>
        <w:tc>
          <w:tcPr>
            <w:tcW w:w="1023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3.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Кальций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17.09</w:t>
            </w:r>
          </w:p>
        </w:tc>
        <w:tc>
          <w:tcPr>
            <w:tcW w:w="3545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126" w:type="dxa"/>
          </w:tcPr>
          <w:p w:rsidR="006C5E59" w:rsidRPr="006C5E59" w:rsidRDefault="006C5E59" w:rsidP="006C5E59">
            <w:pPr>
              <w:ind w:left="-2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Дискуссия</w:t>
            </w:r>
            <w:proofErr w:type="spellEnd"/>
          </w:p>
        </w:tc>
        <w:tc>
          <w:tcPr>
            <w:tcW w:w="2694" w:type="dxa"/>
            <w:tcBorders>
              <w:bottom w:val="thickThinMediumGap" w:sz="3" w:space="0" w:color="000000"/>
            </w:tcBorders>
          </w:tcPr>
          <w:p w:rsidR="006C5E59" w:rsidRPr="006C5E59" w:rsidRDefault="006C5E59" w:rsidP="006C5E59">
            <w:pPr>
              <w:ind w:left="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line="211" w:lineRule="exact"/>
              <w:ind w:left="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28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  <w:tc>
          <w:tcPr>
            <w:tcW w:w="1701" w:type="dxa"/>
            <w:tcBorders>
              <w:bottom w:val="thickThinMediumGap" w:sz="3" w:space="0" w:color="000000"/>
            </w:tcBorders>
          </w:tcPr>
          <w:p w:rsidR="006C5E59" w:rsidRPr="006C5E59" w:rsidRDefault="006C5E59" w:rsidP="006C5E59">
            <w:pPr>
              <w:ind w:left="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C5E59" w:rsidRPr="006C5E59" w:rsidTr="00557ADB">
        <w:trPr>
          <w:trHeight w:val="965"/>
        </w:trPr>
        <w:tc>
          <w:tcPr>
            <w:tcW w:w="1023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4.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Полезный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кальций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2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24.09</w:t>
            </w:r>
          </w:p>
        </w:tc>
        <w:tc>
          <w:tcPr>
            <w:tcW w:w="3545" w:type="dxa"/>
          </w:tcPr>
          <w:p w:rsidR="006C5E59" w:rsidRPr="006C5E59" w:rsidRDefault="006C5E59" w:rsidP="006C5E59">
            <w:pPr>
              <w:ind w:right="37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Развить интерес к сотрудничеству. Приобрести опыт успешного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межличностного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общения.</w:t>
            </w:r>
          </w:p>
        </w:tc>
        <w:tc>
          <w:tcPr>
            <w:tcW w:w="2126" w:type="dxa"/>
          </w:tcPr>
          <w:p w:rsidR="006C5E59" w:rsidRPr="006C5E59" w:rsidRDefault="006C5E59" w:rsidP="006C5E59">
            <w:pPr>
              <w:spacing w:line="222" w:lineRule="exact"/>
              <w:ind w:left="-2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Парная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694" w:type="dxa"/>
            <w:tcBorders>
              <w:top w:val="thinThickMediumGap" w:sz="3" w:space="0" w:color="000000"/>
            </w:tcBorders>
          </w:tcPr>
          <w:p w:rsidR="006C5E59" w:rsidRPr="006C5E59" w:rsidRDefault="006C5E59" w:rsidP="006C5E59">
            <w:pPr>
              <w:ind w:left="12" w:right="3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 школы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29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30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thinThickMediumGap" w:sz="3" w:space="0" w:color="000000"/>
            </w:tcBorders>
          </w:tcPr>
          <w:p w:rsidR="006C5E59" w:rsidRPr="006C5E59" w:rsidRDefault="006C5E59" w:rsidP="006C5E59">
            <w:pPr>
              <w:ind w:left="12" w:right="3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C5E59" w:rsidRPr="006C5E59" w:rsidTr="00557ADB">
        <w:trPr>
          <w:trHeight w:val="921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5.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Сколько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весит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облако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01.10</w:t>
            </w:r>
          </w:p>
        </w:tc>
        <w:tc>
          <w:tcPr>
            <w:tcW w:w="3545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126" w:type="dxa"/>
          </w:tcPr>
          <w:p w:rsidR="006C5E59" w:rsidRPr="006C5E59" w:rsidRDefault="006C5E59" w:rsidP="006C5E59">
            <w:pPr>
              <w:spacing w:line="225" w:lineRule="exact"/>
              <w:ind w:left="-2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Самостоят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694" w:type="dxa"/>
            <w:tcBorders>
              <w:bottom w:val="nil"/>
            </w:tcBorders>
          </w:tcPr>
          <w:p w:rsidR="006C5E59" w:rsidRPr="006C5E59" w:rsidRDefault="006C5E59" w:rsidP="006C5E59">
            <w:pPr>
              <w:ind w:left="12"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30" w:lineRule="atLeast"/>
              <w:ind w:left="12" w:right="3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31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32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proofErr w:type="gramEnd"/>
          </w:p>
        </w:tc>
        <w:tc>
          <w:tcPr>
            <w:tcW w:w="1701" w:type="dxa"/>
            <w:tcBorders>
              <w:bottom w:val="nil"/>
            </w:tcBorders>
          </w:tcPr>
          <w:p w:rsidR="006C5E59" w:rsidRPr="006C5E59" w:rsidRDefault="006C5E59" w:rsidP="006C5E59">
            <w:pPr>
              <w:ind w:left="12"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C5E59" w:rsidRPr="006C5E59" w:rsidTr="00557ADB">
        <w:trPr>
          <w:trHeight w:val="691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6.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облака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08.10</w:t>
            </w:r>
          </w:p>
        </w:tc>
        <w:tc>
          <w:tcPr>
            <w:tcW w:w="3545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126" w:type="dxa"/>
          </w:tcPr>
          <w:p w:rsidR="006C5E59" w:rsidRPr="006C5E59" w:rsidRDefault="006C5E59" w:rsidP="006C5E59">
            <w:pPr>
              <w:spacing w:line="225" w:lineRule="exact"/>
              <w:ind w:left="-22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с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обсуждением</w:t>
            </w:r>
            <w:proofErr w:type="spellEnd"/>
          </w:p>
        </w:tc>
        <w:tc>
          <w:tcPr>
            <w:tcW w:w="2694" w:type="dxa"/>
            <w:tcBorders>
              <w:top w:val="nil"/>
            </w:tcBorders>
          </w:tcPr>
          <w:p w:rsidR="006C5E59" w:rsidRPr="006C5E59" w:rsidRDefault="006C5E59" w:rsidP="006C5E59">
            <w:pPr>
              <w:ind w:left="12" w:right="50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15" w:lineRule="exact"/>
              <w:ind w:left="1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(РЭШ,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hyperlink r:id="rId33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proofErr w:type="gramEnd"/>
          </w:p>
        </w:tc>
        <w:tc>
          <w:tcPr>
            <w:tcW w:w="1701" w:type="dxa"/>
            <w:tcBorders>
              <w:top w:val="nil"/>
            </w:tcBorders>
          </w:tcPr>
          <w:p w:rsidR="006C5E59" w:rsidRPr="006C5E59" w:rsidRDefault="006C5E59" w:rsidP="006C5E59">
            <w:pPr>
              <w:ind w:left="12" w:right="50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6C5E59" w:rsidRPr="006C5E59" w:rsidRDefault="006C5E59" w:rsidP="006C5E59">
      <w:pPr>
        <w:spacing w:after="0" w:line="215" w:lineRule="exact"/>
        <w:rPr>
          <w:rFonts w:ascii="Calibri" w:eastAsia="Times New Roman" w:hAnsi="Calibri" w:cs="Times New Roman"/>
          <w:sz w:val="20"/>
          <w:szCs w:val="24"/>
          <w:lang w:bidi="en-US"/>
        </w:rPr>
        <w:sectPr w:rsidR="006C5E59" w:rsidRPr="006C5E59" w:rsidSect="005B729A">
          <w:footerReference w:type="default" r:id="rId34"/>
          <w:pgSz w:w="16840" w:h="11910" w:orient="landscape"/>
          <w:pgMar w:top="851" w:right="280" w:bottom="840" w:left="580" w:header="0" w:footer="644" w:gutter="0"/>
          <w:cols w:space="720"/>
        </w:sectPr>
      </w:pPr>
    </w:p>
    <w:p w:rsidR="006C5E59" w:rsidRPr="006C5E59" w:rsidRDefault="006C5E59" w:rsidP="006C5E59">
      <w:pPr>
        <w:spacing w:after="120" w:line="240" w:lineRule="auto"/>
        <w:rPr>
          <w:rFonts w:ascii="Calibri" w:eastAsia="Times New Roman" w:hAnsi="Calibri" w:cs="Times New Roman"/>
          <w:b/>
          <w:sz w:val="20"/>
          <w:szCs w:val="24"/>
          <w:lang w:bidi="en-US"/>
        </w:rPr>
      </w:pPr>
    </w:p>
    <w:p w:rsidR="006C5E59" w:rsidRPr="006C5E59" w:rsidRDefault="006C5E59" w:rsidP="006C5E59">
      <w:pPr>
        <w:spacing w:after="120" w:line="240" w:lineRule="auto"/>
        <w:rPr>
          <w:rFonts w:ascii="Calibri" w:eastAsia="Times New Roman" w:hAnsi="Calibri" w:cs="Times New Roman"/>
          <w:b/>
          <w:sz w:val="20"/>
          <w:szCs w:val="24"/>
          <w:lang w:bidi="en-US"/>
        </w:rPr>
      </w:pPr>
    </w:p>
    <w:p w:rsidR="006C5E59" w:rsidRPr="006C5E59" w:rsidRDefault="006C5E59" w:rsidP="006C5E59">
      <w:pPr>
        <w:spacing w:before="9" w:after="120" w:line="240" w:lineRule="auto"/>
        <w:rPr>
          <w:rFonts w:ascii="Calibri" w:eastAsia="Times New Roman" w:hAnsi="Calibri" w:cs="Times New Roman"/>
          <w:b/>
          <w:sz w:val="11"/>
          <w:szCs w:val="24"/>
          <w:lang w:bidi="en-US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5891"/>
        <w:gridCol w:w="2050"/>
        <w:gridCol w:w="2252"/>
      </w:tblGrid>
      <w:tr w:rsidR="006C5E59" w:rsidRPr="006C5E59" w:rsidTr="00557ADB">
        <w:trPr>
          <w:trHeight w:val="132"/>
        </w:trPr>
        <w:tc>
          <w:tcPr>
            <w:tcW w:w="1023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88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36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06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050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252" w:type="dxa"/>
          </w:tcPr>
          <w:p w:rsidR="006C5E59" w:rsidRPr="00557ADB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C5E59" w:rsidRPr="006C5E59" w:rsidTr="006C5E59">
        <w:trPr>
          <w:trHeight w:val="916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7.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Хлеб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всему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голова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22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15.10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252" w:type="dxa"/>
            <w:tcBorders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26" w:lineRule="exac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35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36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6C5E59">
        <w:trPr>
          <w:trHeight w:val="739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8.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хлеб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и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дрожжи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22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22.10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line="211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37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</w:tr>
      <w:tr w:rsidR="006C5E59" w:rsidRPr="006C5E59" w:rsidTr="00557ADB">
        <w:trPr>
          <w:trHeight w:val="95"/>
        </w:trPr>
        <w:tc>
          <w:tcPr>
            <w:tcW w:w="15739" w:type="dxa"/>
            <w:gridSpan w:val="7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C5E59" w:rsidRPr="006C5E59" w:rsidTr="006C5E59">
        <w:trPr>
          <w:trHeight w:val="913"/>
        </w:trPr>
        <w:tc>
          <w:tcPr>
            <w:tcW w:w="1023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мел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2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2" w:lineRule="exact"/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05.11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252" w:type="dxa"/>
            <w:tcBorders>
              <w:top w:val="thinThickMediumGap" w:sz="3" w:space="0" w:color="000000"/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26" w:lineRule="exac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38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39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);</w:t>
            </w:r>
          </w:p>
        </w:tc>
      </w:tr>
      <w:tr w:rsidR="006C5E59" w:rsidRPr="006C5E59" w:rsidTr="006C5E59">
        <w:trPr>
          <w:trHeight w:val="974"/>
        </w:trPr>
        <w:tc>
          <w:tcPr>
            <w:tcW w:w="1023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10.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Интересное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вещество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–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мел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12.11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694" w:firstLine="5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Развивать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активное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коллективных</w:t>
            </w:r>
            <w:r w:rsidRPr="006C5E59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о-</w:t>
            </w:r>
            <w:proofErr w:type="gram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исследовательских,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проектных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других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работах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группах</w:t>
            </w:r>
            <w:proofErr w:type="spellEnd"/>
          </w:p>
        </w:tc>
        <w:tc>
          <w:tcPr>
            <w:tcW w:w="2252" w:type="dxa"/>
            <w:tcBorders>
              <w:top w:val="nil"/>
            </w:tcBorders>
          </w:tcPr>
          <w:p w:rsidR="006C5E59" w:rsidRPr="006C5E59" w:rsidRDefault="006C5E59" w:rsidP="006C5E59">
            <w:pPr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 школы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40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41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);</w:t>
            </w:r>
          </w:p>
        </w:tc>
      </w:tr>
      <w:tr w:rsidR="006C5E59" w:rsidRPr="006C5E59" w:rsidTr="006C5E59">
        <w:trPr>
          <w:trHeight w:val="734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11.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мыло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19.11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252" w:type="dxa"/>
            <w:tcBorders>
              <w:bottom w:val="thickThinMediumGap" w:sz="3" w:space="0" w:color="000000"/>
            </w:tcBorders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before="1" w:line="211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42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</w:tr>
      <w:tr w:rsidR="006C5E59" w:rsidRPr="006C5E59" w:rsidTr="006C5E59">
        <w:trPr>
          <w:trHeight w:val="456"/>
        </w:trPr>
        <w:tc>
          <w:tcPr>
            <w:tcW w:w="1023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12.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Чем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интересно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мыло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оно</w:t>
            </w:r>
          </w:p>
          <w:p w:rsidR="006C5E59" w:rsidRPr="006C5E59" w:rsidRDefault="006C5E59" w:rsidP="006C5E59">
            <w:pPr>
              <w:spacing w:line="214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работает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2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2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26.11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Групповая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5E59" w:rsidRPr="006C5E59" w:rsidTr="006C5E59">
        <w:trPr>
          <w:trHeight w:val="460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История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свечи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17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03.12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Развить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сотрудничеству.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Приобрести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опыт 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успешного</w:t>
            </w:r>
            <w:proofErr w:type="gramEnd"/>
          </w:p>
          <w:p w:rsidR="006C5E59" w:rsidRPr="006C5E59" w:rsidRDefault="006C5E59" w:rsidP="006C5E59">
            <w:pPr>
              <w:spacing w:line="214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межличностного</w:t>
            </w:r>
            <w:proofErr w:type="spellEnd"/>
            <w:proofErr w:type="gramEnd"/>
            <w:r w:rsidRPr="006C5E59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общения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паре</w:t>
            </w:r>
            <w:proofErr w:type="spellEnd"/>
          </w:p>
        </w:tc>
        <w:tc>
          <w:tcPr>
            <w:tcW w:w="2252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C5E59" w:rsidRPr="006C5E59" w:rsidTr="006C5E59">
        <w:trPr>
          <w:trHeight w:val="921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14.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свечи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10.12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252" w:type="dxa"/>
            <w:tcBorders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30" w:lineRule="atLeas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43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44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6C5E59">
        <w:trPr>
          <w:trHeight w:val="735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15.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Магнит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221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17.12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337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Развить интерес к сотрудничеству. Приобрести опыт успешного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межличностного общения.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Оценивать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результаты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своей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Парная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line="211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45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</w:tr>
      <w:tr w:rsidR="006C5E59" w:rsidRPr="006C5E59" w:rsidTr="006C5E59">
        <w:trPr>
          <w:trHeight w:val="965"/>
        </w:trPr>
        <w:tc>
          <w:tcPr>
            <w:tcW w:w="1023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16.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Волшебный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магнит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2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2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24.12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694" w:firstLine="5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Развивать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активное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коллективных</w:t>
            </w:r>
            <w:r w:rsidRPr="006C5E59">
              <w:rPr>
                <w:rFonts w:ascii="Times New Roman" w:eastAsia="Times New Roman" w:hAnsi="Times New Roman" w:cs="Times New Roman"/>
                <w:spacing w:val="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о-</w:t>
            </w:r>
            <w:proofErr w:type="gram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исследовательских,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проектных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других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работах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группах</w:t>
            </w:r>
            <w:proofErr w:type="spellEnd"/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before="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46"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ru</w:t>
              </w:r>
              <w:proofErr w:type="spellEnd"/>
            </w:hyperlink>
          </w:p>
        </w:tc>
      </w:tr>
    </w:tbl>
    <w:p w:rsidR="006C5E59" w:rsidRPr="006C5E59" w:rsidRDefault="006C5E59" w:rsidP="006C5E59">
      <w:pPr>
        <w:spacing w:after="0" w:line="240" w:lineRule="auto"/>
        <w:rPr>
          <w:rFonts w:ascii="Calibri" w:eastAsia="Times New Roman" w:hAnsi="Calibri" w:cs="Times New Roman"/>
          <w:sz w:val="20"/>
          <w:szCs w:val="24"/>
          <w:lang w:bidi="en-US"/>
        </w:rPr>
        <w:sectPr w:rsidR="006C5E59" w:rsidRPr="006C5E59">
          <w:pgSz w:w="16840" w:h="11910" w:orient="landscape"/>
          <w:pgMar w:top="1100" w:right="280" w:bottom="840" w:left="580" w:header="0" w:footer="644" w:gutter="0"/>
          <w:cols w:space="720"/>
        </w:sectPr>
      </w:pPr>
    </w:p>
    <w:p w:rsidR="006C5E59" w:rsidRPr="006C5E59" w:rsidRDefault="006C5E59" w:rsidP="006C5E59">
      <w:pPr>
        <w:spacing w:after="120" w:line="240" w:lineRule="auto"/>
        <w:rPr>
          <w:rFonts w:ascii="Calibri" w:eastAsia="Times New Roman" w:hAnsi="Calibri" w:cs="Times New Roman"/>
          <w:b/>
          <w:sz w:val="20"/>
          <w:szCs w:val="24"/>
          <w:lang w:bidi="en-US"/>
        </w:rPr>
      </w:pPr>
    </w:p>
    <w:p w:rsidR="006C5E59" w:rsidRPr="006C5E59" w:rsidRDefault="006C5E59" w:rsidP="006C5E59">
      <w:pPr>
        <w:spacing w:before="9" w:after="120" w:line="240" w:lineRule="auto"/>
        <w:rPr>
          <w:rFonts w:ascii="Calibri" w:eastAsia="Times New Roman" w:hAnsi="Calibri" w:cs="Times New Roman"/>
          <w:b/>
          <w:sz w:val="11"/>
          <w:szCs w:val="24"/>
          <w:lang w:bidi="en-US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5891"/>
        <w:gridCol w:w="2050"/>
        <w:gridCol w:w="2252"/>
      </w:tblGrid>
      <w:tr w:rsidR="006C5E59" w:rsidRPr="006C5E59" w:rsidTr="006C5E59">
        <w:trPr>
          <w:trHeight w:val="740"/>
        </w:trPr>
        <w:tc>
          <w:tcPr>
            <w:tcW w:w="1023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17.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Проверочная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6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6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14.01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Выполнение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заданий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заданной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инструкции.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ind w:right="54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>Самостоятельная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252" w:type="dxa"/>
            <w:tcBorders>
              <w:bottom w:val="thickThinMediumGap" w:sz="3" w:space="0" w:color="000000"/>
            </w:tcBorders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line="211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47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</w:tr>
      <w:tr w:rsidR="006C5E59" w:rsidRPr="006C5E59" w:rsidTr="00FD4811">
        <w:trPr>
          <w:trHeight w:val="306"/>
        </w:trPr>
        <w:tc>
          <w:tcPr>
            <w:tcW w:w="15739" w:type="dxa"/>
            <w:gridSpan w:val="7"/>
          </w:tcPr>
          <w:p w:rsidR="006C5E59" w:rsidRPr="00557ADB" w:rsidRDefault="006C5E59" w:rsidP="006C5E59">
            <w:pPr>
              <w:tabs>
                <w:tab w:val="left" w:pos="150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57A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Блок</w:t>
            </w:r>
            <w:proofErr w:type="spellEnd"/>
            <w:r w:rsidRPr="00557AD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bidi="en-US"/>
              </w:rPr>
              <w:t xml:space="preserve"> </w:t>
            </w:r>
            <w:r w:rsidRPr="00557A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proofErr w:type="spellStart"/>
            <w:r w:rsidRPr="00557A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Финансовая</w:t>
            </w:r>
            <w:proofErr w:type="spellEnd"/>
            <w:r w:rsidRPr="00557AD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557A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грамотность</w:t>
            </w:r>
            <w:proofErr w:type="spellEnd"/>
            <w:r w:rsidRPr="00557ADB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</w:tc>
      </w:tr>
      <w:tr w:rsidR="006C5E59" w:rsidRPr="006C5E59" w:rsidTr="006C5E59">
        <w:trPr>
          <w:trHeight w:val="912"/>
        </w:trPr>
        <w:tc>
          <w:tcPr>
            <w:tcW w:w="1023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18.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Что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такое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бюджет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»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2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2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21.01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простых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исследований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их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результатов.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252" w:type="dxa"/>
            <w:tcBorders>
              <w:top w:val="thinThickMediumGap" w:sz="3" w:space="0" w:color="000000"/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26" w:lineRule="exac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48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49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6C5E59">
        <w:trPr>
          <w:trHeight w:val="920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19.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Расходы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доходы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бюджета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17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28.01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Выявлять и анализировать финансовую информацию. Выдвижение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идей и обсуждение различных способов проявления креативности.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Оценивать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результаты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своей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30" w:lineRule="atLeas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50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51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6C5E59">
        <w:trPr>
          <w:trHeight w:val="921"/>
        </w:trPr>
        <w:tc>
          <w:tcPr>
            <w:tcW w:w="1023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20.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Семейный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бюджет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6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6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04.02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Выдвижение</w:t>
            </w:r>
            <w:r w:rsidRPr="006C5E59">
              <w:rPr>
                <w:rFonts w:ascii="Times New Roman" w:eastAsia="Times New Roman" w:hAnsi="Times New Roman" w:cs="Times New Roman"/>
                <w:spacing w:val="2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идей</w:t>
            </w:r>
            <w:r w:rsidRPr="006C5E59">
              <w:rPr>
                <w:rFonts w:ascii="Times New Roman" w:eastAsia="Times New Roman" w:hAnsi="Times New Roman" w:cs="Times New Roman"/>
                <w:spacing w:val="29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29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обсуждение</w:t>
            </w:r>
            <w:r w:rsidRPr="006C5E59">
              <w:rPr>
                <w:rFonts w:ascii="Times New Roman" w:eastAsia="Times New Roman" w:hAnsi="Times New Roman" w:cs="Times New Roman"/>
                <w:spacing w:val="2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различных</w:t>
            </w:r>
            <w:r w:rsidRPr="006C5E59">
              <w:rPr>
                <w:rFonts w:ascii="Times New Roman" w:eastAsia="Times New Roman" w:hAnsi="Times New Roman" w:cs="Times New Roman"/>
                <w:spacing w:val="3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способов</w:t>
            </w:r>
            <w:r w:rsidRPr="006C5E59">
              <w:rPr>
                <w:rFonts w:ascii="Times New Roman" w:eastAsia="Times New Roman" w:hAnsi="Times New Roman" w:cs="Times New Roman"/>
                <w:spacing w:val="30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проявления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креативности.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6C5E59" w:rsidRPr="006C5E59" w:rsidRDefault="006C5E59" w:rsidP="006C5E59">
            <w:pPr>
              <w:ind w:right="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 школы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(РЭШ,</w:t>
            </w:r>
            <w:r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hyperlink r:id="rId52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proofErr w:type="gramEnd"/>
          </w:p>
          <w:p w:rsidR="006C5E59" w:rsidRPr="006C5E59" w:rsidRDefault="006436D1" w:rsidP="006C5E59">
            <w:pPr>
              <w:spacing w:line="214" w:lineRule="exact"/>
              <w:rPr>
                <w:rFonts w:ascii="Times New Roman" w:eastAsia="Times New Roman" w:hAnsi="Times New Roman" w:cs="Times New Roman"/>
                <w:sz w:val="20"/>
              </w:rPr>
            </w:pPr>
            <w:hyperlink r:id="rId53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u/</w:t>
              </w:r>
            </w:hyperlink>
            <w:r w:rsidR="006C5E59" w:rsidRPr="006C5E59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</w:tr>
      <w:tr w:rsidR="006C5E59" w:rsidRPr="006C5E59" w:rsidTr="006C5E59">
        <w:trPr>
          <w:trHeight w:val="735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21.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Планируем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семейный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бюджет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11.02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626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Развивать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активное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коллективных</w:t>
            </w:r>
            <w:r w:rsidRPr="006C5E59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о-</w:t>
            </w:r>
            <w:proofErr w:type="gram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исследовательских, проектных и других творческих работах.</w:t>
            </w:r>
            <w:r w:rsidRPr="006C5E59">
              <w:rPr>
                <w:rFonts w:ascii="Times New Roman" w:eastAsia="Times New Roman" w:hAnsi="Times New Roman" w:cs="Times New Roman"/>
                <w:spacing w:val="-48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Развитие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интереса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3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к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сотрудничеству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группах</w:t>
            </w:r>
            <w:proofErr w:type="spellEnd"/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line="211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54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</w:tr>
      <w:tr w:rsidR="006C5E59" w:rsidRPr="006C5E59" w:rsidTr="006C5E59">
        <w:trPr>
          <w:trHeight w:val="917"/>
        </w:trPr>
        <w:tc>
          <w:tcPr>
            <w:tcW w:w="1023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22.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ind w:right="123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Откуда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берутся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деньги?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Зарплата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2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18.02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Использовать</w:t>
            </w:r>
            <w:r w:rsidRPr="006C5E59">
              <w:rPr>
                <w:rFonts w:ascii="Times New Roman" w:eastAsia="Times New Roman" w:hAnsi="Times New Roman" w:cs="Times New Roman"/>
                <w:spacing w:val="4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6C5E59">
              <w:rPr>
                <w:rFonts w:ascii="Times New Roman" w:eastAsia="Times New Roman" w:hAnsi="Times New Roman" w:cs="Times New Roman"/>
                <w:spacing w:val="4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из</w:t>
            </w:r>
            <w:r w:rsidRPr="006C5E59">
              <w:rPr>
                <w:rFonts w:ascii="Times New Roman" w:eastAsia="Times New Roman" w:hAnsi="Times New Roman" w:cs="Times New Roman"/>
                <w:spacing w:val="4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текста</w:t>
            </w:r>
            <w:r w:rsidRPr="006C5E59">
              <w:rPr>
                <w:rFonts w:ascii="Times New Roman" w:eastAsia="Times New Roman" w:hAnsi="Times New Roman" w:cs="Times New Roman"/>
                <w:spacing w:val="4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4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решения</w:t>
            </w:r>
            <w:r w:rsidRPr="006C5E59">
              <w:rPr>
                <w:rFonts w:ascii="Times New Roman" w:eastAsia="Times New Roman" w:hAnsi="Times New Roman" w:cs="Times New Roman"/>
                <w:spacing w:val="4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практической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задачи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252" w:type="dxa"/>
            <w:tcBorders>
              <w:top w:val="thinThickMediumGap" w:sz="3" w:space="0" w:color="000000"/>
              <w:bottom w:val="nil"/>
            </w:tcBorders>
          </w:tcPr>
          <w:p w:rsidR="006C5E59" w:rsidRPr="006C5E59" w:rsidRDefault="006C5E59" w:rsidP="006C5E59">
            <w:pPr>
              <w:ind w:right="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 школы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(РЭШ,</w:t>
            </w:r>
            <w:r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hyperlink r:id="rId55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proofErr w:type="gramEnd"/>
          </w:p>
          <w:p w:rsidR="006C5E59" w:rsidRPr="006C5E59" w:rsidRDefault="006436D1" w:rsidP="006C5E59">
            <w:pPr>
              <w:spacing w:line="214" w:lineRule="exact"/>
              <w:rPr>
                <w:rFonts w:ascii="Times New Roman" w:eastAsia="Times New Roman" w:hAnsi="Times New Roman" w:cs="Times New Roman"/>
                <w:sz w:val="20"/>
              </w:rPr>
            </w:pPr>
            <w:hyperlink r:id="rId56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u/</w:t>
              </w:r>
            </w:hyperlink>
            <w:r w:rsidR="006C5E59" w:rsidRPr="006C5E59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</w:tr>
      <w:tr w:rsidR="006C5E59" w:rsidRPr="006C5E59" w:rsidTr="006C5E59">
        <w:trPr>
          <w:trHeight w:val="1474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23.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Подсчитываем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семейный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доход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25.02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44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Выявлять</w:t>
            </w:r>
            <w:r w:rsidRPr="006C5E59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анализировать</w:t>
            </w:r>
            <w:r w:rsidRPr="006C5E59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финансовую</w:t>
            </w:r>
            <w:r w:rsidRPr="006C5E59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информацию.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Использовать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из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текста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решения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практической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задачи.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Оценивать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результаты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своей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252" w:type="dxa"/>
            <w:tcBorders>
              <w:top w:val="nil"/>
              <w:bottom w:val="thickThinMediumGap" w:sz="3" w:space="0" w:color="000000"/>
            </w:tcBorders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before="1"/>
              <w:ind w:right="56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57"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ru</w:t>
              </w:r>
              <w:proofErr w:type="spellEnd"/>
            </w:hyperlink>
            <w:r w:rsidR="006C5E59"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6C5E59"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="006C5E59"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="006C5E59"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ИСРО</w:t>
            </w:r>
            <w:r w:rsidR="006C5E59"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="006C5E59"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line="211" w:lineRule="exact"/>
              <w:rPr>
                <w:rFonts w:ascii="Times New Roman" w:eastAsia="Times New Roman" w:hAnsi="Times New Roman" w:cs="Times New Roman"/>
                <w:sz w:val="20"/>
              </w:rPr>
            </w:pPr>
            <w:hyperlink r:id="rId58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http://skiv.instrao.ru</w:t>
              </w:r>
            </w:hyperlink>
          </w:p>
        </w:tc>
      </w:tr>
      <w:tr w:rsidR="006C5E59" w:rsidRPr="006C5E59" w:rsidTr="006C5E59">
        <w:trPr>
          <w:trHeight w:val="970"/>
        </w:trPr>
        <w:tc>
          <w:tcPr>
            <w:tcW w:w="1023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24.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35" w:lineRule="auto"/>
              <w:ind w:right="163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Откуда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берутся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деньги.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Пенсия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социальные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доходы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6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6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04.03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33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Развить интерес к сотрудничеству. Приобрести опыт успешного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межличностного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общения.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Парная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252" w:type="dxa"/>
            <w:tcBorders>
              <w:top w:val="thinThickMediumGap" w:sz="3" w:space="0" w:color="000000"/>
            </w:tcBorders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before="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59"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ru</w:t>
              </w:r>
              <w:proofErr w:type="spellEnd"/>
            </w:hyperlink>
          </w:p>
        </w:tc>
      </w:tr>
      <w:tr w:rsidR="006C5E59" w:rsidRPr="006C5E59" w:rsidTr="006C5E59">
        <w:trPr>
          <w:trHeight w:val="916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25.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Пенсия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пособия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right="17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11.03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47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Использование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полученных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(из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самих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заданий)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объяснения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значений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данных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понятий.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Оценивать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результаты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своей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252" w:type="dxa"/>
            <w:tcBorders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26" w:lineRule="exac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60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61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FD4811">
        <w:trPr>
          <w:trHeight w:val="416"/>
        </w:trPr>
        <w:tc>
          <w:tcPr>
            <w:tcW w:w="15739" w:type="dxa"/>
            <w:gridSpan w:val="7"/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lastRenderedPageBreak/>
              <w:t>Блок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Математическая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</w:tr>
      <w:tr w:rsidR="006C5E59" w:rsidRPr="006C5E59" w:rsidTr="006C5E59">
        <w:trPr>
          <w:trHeight w:val="513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26.</w:t>
            </w:r>
          </w:p>
        </w:tc>
        <w:tc>
          <w:tcPr>
            <w:tcW w:w="2881" w:type="dxa"/>
          </w:tcPr>
          <w:p w:rsidR="006C5E59" w:rsidRDefault="006C5E59" w:rsidP="006C5E59">
            <w:pPr>
              <w:ind w:right="12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Откуда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семье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берутся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деньги?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Наследство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клад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,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выигрыш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  <w:p w:rsidR="00424427" w:rsidRDefault="00424427" w:rsidP="006C5E59">
            <w:pPr>
              <w:ind w:right="12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424427" w:rsidRDefault="00424427" w:rsidP="006C5E59">
            <w:pPr>
              <w:ind w:right="12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424427" w:rsidRPr="00424427" w:rsidRDefault="00424427" w:rsidP="006C5E59">
            <w:pPr>
              <w:ind w:right="12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1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18.03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Развить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интерес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сотрудничеству.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Приобрести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опыт успешного</w:t>
            </w:r>
            <w:r w:rsidR="00424427" w:rsidRPr="0042442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r w:rsidR="00424427" w:rsidRPr="00424427">
              <w:rPr>
                <w:rFonts w:ascii="Times New Roman" w:eastAsia="Times New Roman" w:hAnsi="Times New Roman" w:cs="Times New Roman"/>
                <w:sz w:val="20"/>
                <w:lang w:val="ru-RU"/>
              </w:rPr>
              <w:t>межличностного</w:t>
            </w:r>
            <w:r w:rsidR="00424427" w:rsidRPr="00424427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="00424427" w:rsidRPr="00424427">
              <w:rPr>
                <w:rFonts w:ascii="Times New Roman" w:eastAsia="Times New Roman" w:hAnsi="Times New Roman" w:cs="Times New Roman"/>
                <w:sz w:val="20"/>
                <w:lang w:val="ru-RU"/>
              </w:rPr>
              <w:t>общения.</w:t>
            </w:r>
          </w:p>
        </w:tc>
        <w:tc>
          <w:tcPr>
            <w:tcW w:w="2050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Групповая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252" w:type="dxa"/>
            <w:tcBorders>
              <w:top w:val="nil"/>
            </w:tcBorders>
          </w:tcPr>
          <w:p w:rsidR="006C5E59" w:rsidRPr="00424427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424427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424427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424427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  <w:r w:rsidR="00424427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</w:t>
            </w:r>
            <w:hyperlink r:id="rId62">
              <w:r w:rsidR="00424427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</w:t>
              </w:r>
              <w:r w:rsidR="00424427" w:rsidRPr="00424427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="00424427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skiv</w:t>
              </w:r>
              <w:proofErr w:type="spellEnd"/>
              <w:r w:rsidR="00424427" w:rsidRPr="00424427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424427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instrao</w:t>
              </w:r>
              <w:proofErr w:type="spellEnd"/>
              <w:r w:rsidR="00424427" w:rsidRPr="00424427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424427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ru</w:t>
              </w:r>
              <w:proofErr w:type="spellEnd"/>
            </w:hyperlink>
          </w:p>
        </w:tc>
      </w:tr>
    </w:tbl>
    <w:p w:rsidR="006C5E59" w:rsidRPr="00FD4811" w:rsidRDefault="006C5E59" w:rsidP="006C5E59">
      <w:pPr>
        <w:spacing w:after="0" w:line="240" w:lineRule="auto"/>
        <w:rPr>
          <w:rFonts w:ascii="Calibri" w:eastAsia="Times New Roman" w:hAnsi="Calibri" w:cs="Times New Roman"/>
          <w:sz w:val="20"/>
          <w:szCs w:val="24"/>
          <w:lang w:bidi="en-US"/>
        </w:rPr>
        <w:sectPr w:rsidR="006C5E59" w:rsidRPr="00FD4811">
          <w:pgSz w:w="16840" w:h="11910" w:orient="landscape"/>
          <w:pgMar w:top="1100" w:right="280" w:bottom="840" w:left="580" w:header="0" w:footer="644" w:gutter="0"/>
          <w:cols w:space="720"/>
        </w:sectPr>
      </w:pPr>
    </w:p>
    <w:p w:rsidR="006C5E59" w:rsidRPr="00FD4811" w:rsidRDefault="006C5E59" w:rsidP="006C5E59">
      <w:pPr>
        <w:spacing w:before="9" w:after="120" w:line="240" w:lineRule="auto"/>
        <w:rPr>
          <w:rFonts w:ascii="Calibri" w:eastAsia="Times New Roman" w:hAnsi="Calibri" w:cs="Times New Roman"/>
          <w:b/>
          <w:sz w:val="11"/>
          <w:szCs w:val="24"/>
          <w:lang w:bidi="en-US"/>
        </w:rPr>
      </w:pPr>
    </w:p>
    <w:tbl>
      <w:tblPr>
        <w:tblStyle w:val="TableNormal"/>
        <w:tblW w:w="15739" w:type="dxa"/>
        <w:tblInd w:w="-5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881"/>
        <w:gridCol w:w="936"/>
        <w:gridCol w:w="706"/>
        <w:gridCol w:w="5891"/>
        <w:gridCol w:w="1765"/>
        <w:gridCol w:w="2537"/>
      </w:tblGrid>
      <w:tr w:rsidR="006C5E59" w:rsidRPr="006C5E59" w:rsidTr="00424427">
        <w:trPr>
          <w:trHeight w:val="65"/>
        </w:trPr>
        <w:tc>
          <w:tcPr>
            <w:tcW w:w="1023" w:type="dxa"/>
          </w:tcPr>
          <w:p w:rsidR="006C5E59" w:rsidRPr="00424427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881" w:type="dxa"/>
          </w:tcPr>
          <w:p w:rsidR="006C5E59" w:rsidRPr="00424427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936" w:type="dxa"/>
          </w:tcPr>
          <w:p w:rsidR="006C5E59" w:rsidRPr="00424427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06" w:type="dxa"/>
          </w:tcPr>
          <w:p w:rsidR="006C5E59" w:rsidRPr="00424427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891" w:type="dxa"/>
          </w:tcPr>
          <w:p w:rsidR="006C5E59" w:rsidRPr="00424427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765" w:type="dxa"/>
          </w:tcPr>
          <w:p w:rsidR="006C5E59" w:rsidRPr="00424427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537" w:type="dxa"/>
          </w:tcPr>
          <w:p w:rsidR="006C5E59" w:rsidRPr="00424427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6C5E59" w:rsidRPr="006C5E59" w:rsidTr="00FD4811">
        <w:trPr>
          <w:trHeight w:val="916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27.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ind w:right="619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>Подсчитываем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случайные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нерегулярные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доходы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419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FD4811" w:rsidRDefault="00FD4811" w:rsidP="006C5E59">
            <w:pPr>
              <w:spacing w:line="225" w:lineRule="exact"/>
              <w:ind w:left="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25.03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ind w:right="44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Выявлять и анализировать финансовую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.И</w:t>
            </w:r>
            <w:proofErr w:type="gramEnd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спользовать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из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текста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решения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практической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задачи.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Оценивать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результаты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своей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65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537" w:type="dxa"/>
            <w:tcBorders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26" w:lineRule="exac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63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64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FD4811">
        <w:trPr>
          <w:trHeight w:val="920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28.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ind w:right="622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что</w:t>
            </w:r>
            <w:r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тратятся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семейные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деньги?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419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FD4811" w:rsidP="006C5E59">
            <w:pPr>
              <w:spacing w:line="225" w:lineRule="exact"/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8</w:t>
            </w:r>
            <w:r w:rsidR="006C5E59" w:rsidRPr="006C5E59">
              <w:rPr>
                <w:rFonts w:ascii="Times New Roman" w:eastAsia="Times New Roman" w:hAnsi="Times New Roman" w:cs="Times New Roman"/>
                <w:sz w:val="20"/>
              </w:rPr>
              <w:t>.04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Использование</w:t>
            </w:r>
            <w:r w:rsidRPr="006C5E59">
              <w:rPr>
                <w:rFonts w:ascii="Times New Roman" w:eastAsia="Times New Roman" w:hAnsi="Times New Roman" w:cs="Times New Roman"/>
                <w:spacing w:val="2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полученных</w:t>
            </w:r>
            <w:r w:rsidRPr="006C5E59">
              <w:rPr>
                <w:rFonts w:ascii="Times New Roman" w:eastAsia="Times New Roman" w:hAnsi="Times New Roman" w:cs="Times New Roman"/>
                <w:spacing w:val="2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(из</w:t>
            </w:r>
            <w:r w:rsidRPr="006C5E59">
              <w:rPr>
                <w:rFonts w:ascii="Times New Roman" w:eastAsia="Times New Roman" w:hAnsi="Times New Roman" w:cs="Times New Roman"/>
                <w:spacing w:val="30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самих</w:t>
            </w:r>
            <w:r w:rsidRPr="006C5E59">
              <w:rPr>
                <w:rFonts w:ascii="Times New Roman" w:eastAsia="Times New Roman" w:hAnsi="Times New Roman" w:cs="Times New Roman"/>
                <w:spacing w:val="2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заданий)</w:t>
            </w:r>
            <w:r w:rsidRPr="006C5E59">
              <w:rPr>
                <w:rFonts w:ascii="Times New Roman" w:eastAsia="Times New Roman" w:hAnsi="Times New Roman" w:cs="Times New Roman"/>
                <w:spacing w:val="2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знаний</w:t>
            </w:r>
            <w:r w:rsidRPr="006C5E59">
              <w:rPr>
                <w:rFonts w:ascii="Times New Roman" w:eastAsia="Times New Roman" w:hAnsi="Times New Roman" w:cs="Times New Roman"/>
                <w:spacing w:val="2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объяснения явлений.</w:t>
            </w:r>
          </w:p>
        </w:tc>
        <w:tc>
          <w:tcPr>
            <w:tcW w:w="1765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537" w:type="dxa"/>
            <w:tcBorders>
              <w:top w:val="nil"/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30" w:lineRule="atLeas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65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66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FD4811">
        <w:trPr>
          <w:trHeight w:val="735"/>
        </w:trPr>
        <w:tc>
          <w:tcPr>
            <w:tcW w:w="1023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29.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Подсчитываем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расходы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6" w:lineRule="exact"/>
              <w:ind w:left="419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FD4811" w:rsidP="006C5E59">
            <w:pPr>
              <w:spacing w:line="226" w:lineRule="exact"/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15</w:t>
            </w:r>
            <w:r w:rsidR="006C5E59" w:rsidRPr="006C5E59">
              <w:rPr>
                <w:rFonts w:ascii="Times New Roman" w:eastAsia="Times New Roman" w:hAnsi="Times New Roman" w:cs="Times New Roman"/>
                <w:sz w:val="20"/>
              </w:rPr>
              <w:t>.04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Использование</w:t>
            </w:r>
            <w:r w:rsidRPr="006C5E59">
              <w:rPr>
                <w:rFonts w:ascii="Times New Roman" w:eastAsia="Times New Roman" w:hAnsi="Times New Roman" w:cs="Times New Roman"/>
                <w:spacing w:val="2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полученных</w:t>
            </w:r>
            <w:r w:rsidRPr="006C5E59">
              <w:rPr>
                <w:rFonts w:ascii="Times New Roman" w:eastAsia="Times New Roman" w:hAnsi="Times New Roman" w:cs="Times New Roman"/>
                <w:spacing w:val="2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(из</w:t>
            </w:r>
            <w:r w:rsidRPr="006C5E59">
              <w:rPr>
                <w:rFonts w:ascii="Times New Roman" w:eastAsia="Times New Roman" w:hAnsi="Times New Roman" w:cs="Times New Roman"/>
                <w:spacing w:val="3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самих</w:t>
            </w:r>
            <w:r w:rsidRPr="006C5E59">
              <w:rPr>
                <w:rFonts w:ascii="Times New Roman" w:eastAsia="Times New Roman" w:hAnsi="Times New Roman" w:cs="Times New Roman"/>
                <w:spacing w:val="2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заданий)</w:t>
            </w:r>
            <w:r w:rsidRPr="006C5E59">
              <w:rPr>
                <w:rFonts w:ascii="Times New Roman" w:eastAsia="Times New Roman" w:hAnsi="Times New Roman" w:cs="Times New Roman"/>
                <w:spacing w:val="2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знаний</w:t>
            </w:r>
            <w:r w:rsidRPr="006C5E59">
              <w:rPr>
                <w:rFonts w:ascii="Times New Roman" w:eastAsia="Times New Roman" w:hAnsi="Times New Roman" w:cs="Times New Roman"/>
                <w:spacing w:val="2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объяснения явлений.</w:t>
            </w:r>
          </w:p>
        </w:tc>
        <w:tc>
          <w:tcPr>
            <w:tcW w:w="1765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паре</w:t>
            </w:r>
            <w:proofErr w:type="spellEnd"/>
          </w:p>
        </w:tc>
        <w:tc>
          <w:tcPr>
            <w:tcW w:w="2537" w:type="dxa"/>
            <w:tcBorders>
              <w:top w:val="nil"/>
              <w:bottom w:val="thickThinMediumGap" w:sz="3" w:space="0" w:color="000000"/>
            </w:tcBorders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before="1" w:line="211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67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</w:tr>
      <w:tr w:rsidR="006C5E59" w:rsidRPr="006C5E59" w:rsidTr="00FD4811">
        <w:trPr>
          <w:trHeight w:val="917"/>
        </w:trPr>
        <w:tc>
          <w:tcPr>
            <w:tcW w:w="1023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30.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spacing w:line="235" w:lineRule="auto"/>
              <w:ind w:right="110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На что тратятся семейные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деньги?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Обязательные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платежи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6" w:lineRule="exact"/>
              <w:ind w:left="419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FD4811">
            <w:pPr>
              <w:spacing w:line="226" w:lineRule="exact"/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="00FD4811">
              <w:rPr>
                <w:rFonts w:ascii="Times New Roman" w:eastAsia="Times New Roman" w:hAnsi="Times New Roman" w:cs="Times New Roman"/>
                <w:sz w:val="20"/>
                <w:lang w:val="ru-RU"/>
              </w:rPr>
              <w:t>2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.04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35" w:lineRule="auto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Развить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активное</w:t>
            </w:r>
            <w:r w:rsidRPr="006C5E59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участие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</w:t>
            </w:r>
            <w:r w:rsidRPr="006C5E59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коллективных</w:t>
            </w:r>
            <w:r w:rsidRPr="006C5E59">
              <w:rPr>
                <w:rFonts w:ascii="Times New Roman" w:eastAsia="Times New Roman" w:hAnsi="Times New Roman" w:cs="Times New Roman"/>
                <w:spacing w:val="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учебн</w:t>
            </w: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о-</w:t>
            </w:r>
            <w:proofErr w:type="gram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исследовательских,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проектных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других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творческих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работах.</w:t>
            </w:r>
          </w:p>
        </w:tc>
        <w:tc>
          <w:tcPr>
            <w:tcW w:w="1765" w:type="dxa"/>
          </w:tcPr>
          <w:p w:rsidR="006C5E59" w:rsidRPr="006C5E59" w:rsidRDefault="006C5E59" w:rsidP="006C5E59">
            <w:pPr>
              <w:spacing w:line="22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в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группе</w:t>
            </w:r>
            <w:proofErr w:type="spellEnd"/>
          </w:p>
        </w:tc>
        <w:tc>
          <w:tcPr>
            <w:tcW w:w="2537" w:type="dxa"/>
            <w:tcBorders>
              <w:top w:val="thinThickMediumGap" w:sz="3" w:space="0" w:color="000000"/>
              <w:bottom w:val="nil"/>
            </w:tcBorders>
          </w:tcPr>
          <w:p w:rsidR="006C5E59" w:rsidRPr="006C5E59" w:rsidRDefault="006C5E59" w:rsidP="006C5E59">
            <w:pPr>
              <w:spacing w:line="237" w:lineRule="auto"/>
              <w:ind w:right="4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proofErr w:type="gramStart"/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 школы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(РЭШ,</w:t>
            </w:r>
            <w:r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hyperlink r:id="rId68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proofErr w:type="gramEnd"/>
          </w:p>
          <w:p w:rsidR="006C5E59" w:rsidRPr="006C5E59" w:rsidRDefault="006436D1" w:rsidP="006C5E59">
            <w:pPr>
              <w:spacing w:line="214" w:lineRule="exact"/>
              <w:rPr>
                <w:rFonts w:ascii="Times New Roman" w:eastAsia="Times New Roman" w:hAnsi="Times New Roman" w:cs="Times New Roman"/>
                <w:sz w:val="20"/>
              </w:rPr>
            </w:pPr>
            <w:hyperlink r:id="rId69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u/</w:t>
              </w:r>
            </w:hyperlink>
            <w:r w:rsidR="006C5E59" w:rsidRPr="006C5E59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</w:tr>
      <w:tr w:rsidR="006C5E59" w:rsidRPr="006C5E59" w:rsidTr="00FD4811">
        <w:trPr>
          <w:trHeight w:val="739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31.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ind w:right="671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Расходы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на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обязательные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платежи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419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FD4811" w:rsidRDefault="00FD4811" w:rsidP="006C5E59">
            <w:pPr>
              <w:spacing w:line="225" w:lineRule="exact"/>
              <w:ind w:left="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29.04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Выявлять</w:t>
            </w:r>
            <w:r w:rsidRPr="006C5E59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</w:t>
            </w:r>
            <w:r w:rsidRPr="006C5E59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анализировать</w:t>
            </w:r>
            <w:r w:rsidRPr="006C5E59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финансовую</w:t>
            </w:r>
            <w:r w:rsidRPr="006C5E59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информацию.</w:t>
            </w:r>
            <w:r w:rsidRPr="006C5E59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Использовать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из</w:t>
            </w:r>
            <w:r w:rsidRPr="006C5E59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текста</w:t>
            </w:r>
            <w:r w:rsidRPr="006C5E59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решения практической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задачи</w:t>
            </w:r>
          </w:p>
        </w:tc>
        <w:tc>
          <w:tcPr>
            <w:tcW w:w="1765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Игра</w:t>
            </w:r>
            <w:proofErr w:type="spellEnd"/>
          </w:p>
        </w:tc>
        <w:tc>
          <w:tcPr>
            <w:tcW w:w="2537" w:type="dxa"/>
            <w:tcBorders>
              <w:top w:val="nil"/>
              <w:bottom w:val="thickThinMediumGap" w:sz="3" w:space="0" w:color="000000"/>
            </w:tcBorders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line="211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70"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</w:rPr>
                <w:t>ru</w:t>
              </w:r>
              <w:proofErr w:type="spellEnd"/>
            </w:hyperlink>
          </w:p>
        </w:tc>
      </w:tr>
      <w:tr w:rsidR="006C5E59" w:rsidRPr="006C5E59" w:rsidTr="00FD4811">
        <w:trPr>
          <w:trHeight w:val="965"/>
        </w:trPr>
        <w:tc>
          <w:tcPr>
            <w:tcW w:w="1023" w:type="dxa"/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32.-33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ind w:right="60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Как</w:t>
            </w:r>
            <w:r w:rsidRPr="006C5E59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сэкономить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семейные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деньги? Подсчитываем</w:t>
            </w:r>
            <w:r w:rsidRPr="006C5E59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сэкономленные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деньги</w:t>
            </w:r>
          </w:p>
        </w:tc>
        <w:tc>
          <w:tcPr>
            <w:tcW w:w="936" w:type="dxa"/>
          </w:tcPr>
          <w:p w:rsidR="006C5E59" w:rsidRPr="006C5E59" w:rsidRDefault="006C5E59" w:rsidP="00FD4811">
            <w:pPr>
              <w:spacing w:line="222" w:lineRule="exact"/>
              <w:ind w:left="419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706" w:type="dxa"/>
          </w:tcPr>
          <w:p w:rsidR="006C5E59" w:rsidRDefault="00FD4811" w:rsidP="006C5E59">
            <w:pPr>
              <w:spacing w:line="222" w:lineRule="exact"/>
              <w:ind w:left="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  <w:r w:rsidR="006C5E59" w:rsidRPr="006C5E59">
              <w:rPr>
                <w:rFonts w:ascii="Times New Roman" w:eastAsia="Times New Roman" w:hAnsi="Times New Roman" w:cs="Times New Roman"/>
                <w:sz w:val="20"/>
              </w:rPr>
              <w:t>.05</w:t>
            </w:r>
          </w:p>
          <w:p w:rsidR="00FD4811" w:rsidRPr="00FD4811" w:rsidRDefault="00FD4811" w:rsidP="006C5E59">
            <w:pPr>
              <w:spacing w:line="222" w:lineRule="exact"/>
              <w:ind w:left="6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13.05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Использовать</w:t>
            </w:r>
            <w:r w:rsidRPr="006C5E59">
              <w:rPr>
                <w:rFonts w:ascii="Times New Roman" w:eastAsia="Times New Roman" w:hAnsi="Times New Roman" w:cs="Times New Roman"/>
                <w:spacing w:val="4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информацию</w:t>
            </w:r>
            <w:r w:rsidRPr="006C5E59">
              <w:rPr>
                <w:rFonts w:ascii="Times New Roman" w:eastAsia="Times New Roman" w:hAnsi="Times New Roman" w:cs="Times New Roman"/>
                <w:spacing w:val="4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из</w:t>
            </w:r>
            <w:r w:rsidRPr="006C5E59">
              <w:rPr>
                <w:rFonts w:ascii="Times New Roman" w:eastAsia="Times New Roman" w:hAnsi="Times New Roman" w:cs="Times New Roman"/>
                <w:spacing w:val="4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текста</w:t>
            </w:r>
            <w:r w:rsidRPr="006C5E59">
              <w:rPr>
                <w:rFonts w:ascii="Times New Roman" w:eastAsia="Times New Roman" w:hAnsi="Times New Roman" w:cs="Times New Roman"/>
                <w:spacing w:val="48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для</w:t>
            </w:r>
            <w:r w:rsidRPr="006C5E59">
              <w:rPr>
                <w:rFonts w:ascii="Times New Roman" w:eastAsia="Times New Roman" w:hAnsi="Times New Roman" w:cs="Times New Roman"/>
                <w:spacing w:val="4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решения</w:t>
            </w:r>
            <w:r w:rsidRPr="006C5E59">
              <w:rPr>
                <w:rFonts w:ascii="Times New Roman" w:eastAsia="Times New Roman" w:hAnsi="Times New Roman" w:cs="Times New Roman"/>
                <w:spacing w:val="4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практической</w:t>
            </w:r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задачи.</w:t>
            </w:r>
            <w:r w:rsidRPr="006C5E59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Оценивать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результаты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своей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деятельности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1765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Беседа</w:t>
            </w:r>
            <w:proofErr w:type="spellEnd"/>
          </w:p>
        </w:tc>
        <w:tc>
          <w:tcPr>
            <w:tcW w:w="2537" w:type="dxa"/>
            <w:tcBorders>
              <w:top w:val="thinThickMediumGap" w:sz="3" w:space="0" w:color="000000"/>
            </w:tcBorders>
          </w:tcPr>
          <w:p w:rsidR="006C5E59" w:rsidRPr="006C5E59" w:rsidRDefault="006C5E59" w:rsidP="006C5E59">
            <w:pPr>
              <w:spacing w:line="222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 ИСРО</w:t>
            </w:r>
            <w:r w:rsidRPr="006C5E59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РАО</w:t>
            </w:r>
          </w:p>
          <w:p w:rsidR="006C5E59" w:rsidRPr="006C5E59" w:rsidRDefault="006C5E59" w:rsidP="006C5E59">
            <w:pPr>
              <w:spacing w:before="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:rsidR="006C5E59" w:rsidRPr="006C5E59" w:rsidRDefault="006436D1" w:rsidP="006C5E59">
            <w:pPr>
              <w:spacing w:before="1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hyperlink r:id="rId71"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</w:t>
              </w:r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skiv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instrao</w:t>
              </w:r>
              <w:proofErr w:type="spellEnd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="006C5E59"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ru</w:t>
              </w:r>
              <w:proofErr w:type="spellEnd"/>
            </w:hyperlink>
          </w:p>
        </w:tc>
      </w:tr>
      <w:tr w:rsidR="006C5E59" w:rsidRPr="006C5E59" w:rsidTr="00FD4811">
        <w:trPr>
          <w:trHeight w:val="921"/>
        </w:trPr>
        <w:tc>
          <w:tcPr>
            <w:tcW w:w="1023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34.</w:t>
            </w:r>
          </w:p>
        </w:tc>
        <w:tc>
          <w:tcPr>
            <w:tcW w:w="2881" w:type="dxa"/>
          </w:tcPr>
          <w:p w:rsidR="006C5E59" w:rsidRPr="006C5E59" w:rsidRDefault="006C5E59" w:rsidP="006C5E59">
            <w:pPr>
              <w:ind w:right="20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Проверочная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промежуточная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12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аттестация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25" w:lineRule="exact"/>
              <w:ind w:left="419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spacing w:line="225" w:lineRule="exact"/>
              <w:ind w:left="64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20.05</w:t>
            </w:r>
          </w:p>
        </w:tc>
        <w:tc>
          <w:tcPr>
            <w:tcW w:w="5891" w:type="dxa"/>
          </w:tcPr>
          <w:p w:rsidR="006C5E59" w:rsidRPr="006C5E59" w:rsidRDefault="006C5E59" w:rsidP="006C5E59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Выполнение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действий</w:t>
            </w:r>
            <w:r w:rsidRPr="006C5E59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6C5E59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заданной</w:t>
            </w:r>
            <w:r w:rsidRPr="006C5E59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инструкции</w:t>
            </w:r>
          </w:p>
        </w:tc>
        <w:tc>
          <w:tcPr>
            <w:tcW w:w="1765" w:type="dxa"/>
          </w:tcPr>
          <w:p w:rsidR="006C5E59" w:rsidRPr="006C5E59" w:rsidRDefault="006C5E59" w:rsidP="006C5E59">
            <w:pPr>
              <w:spacing w:line="235" w:lineRule="auto"/>
              <w:ind w:right="547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</w:rPr>
              <w:t>Самостоятельная</w:t>
            </w:r>
            <w:proofErr w:type="spellEnd"/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работа</w:t>
            </w:r>
            <w:proofErr w:type="spellEnd"/>
          </w:p>
        </w:tc>
        <w:tc>
          <w:tcPr>
            <w:tcW w:w="2537" w:type="dxa"/>
            <w:tcBorders>
              <w:bottom w:val="nil"/>
            </w:tcBorders>
          </w:tcPr>
          <w:p w:rsidR="006C5E59" w:rsidRPr="006C5E59" w:rsidRDefault="006C5E59" w:rsidP="006C5E59">
            <w:pPr>
              <w:ind w:right="3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Портал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Российской</w:t>
            </w:r>
            <w:r w:rsidRPr="006C5E59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электронной</w:t>
            </w:r>
            <w:r w:rsidRPr="006C5E59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школы</w:t>
            </w:r>
          </w:p>
          <w:p w:rsidR="006C5E59" w:rsidRPr="006C5E59" w:rsidRDefault="006C5E59" w:rsidP="006C5E59">
            <w:pPr>
              <w:spacing w:line="230" w:lineRule="atLeast"/>
              <w:ind w:right="3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(РЭШ, </w:t>
            </w:r>
            <w:hyperlink r:id="rId72"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https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://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fg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resh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proofErr w:type="spellStart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edu</w:t>
              </w:r>
              <w:proofErr w:type="spellEnd"/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  <w:lang w:val="ru-RU"/>
                </w:rPr>
                <w:t>.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u w:val="single"/>
                </w:rPr>
                <w:t>r</w:t>
              </w:r>
            </w:hyperlink>
            <w:r w:rsidRPr="006C5E59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hyperlink r:id="rId73">
              <w:r w:rsidRPr="006C5E59">
                <w:rPr>
                  <w:rFonts w:ascii="Times New Roman" w:eastAsia="Times New Roman" w:hAnsi="Times New Roman" w:cs="Times New Roman"/>
                  <w:sz w:val="20"/>
                </w:rPr>
                <w:t>u</w:t>
              </w:r>
              <w:r w:rsidRPr="006C5E59">
                <w:rPr>
                  <w:rFonts w:ascii="Times New Roman" w:eastAsia="Times New Roman" w:hAnsi="Times New Roman" w:cs="Times New Roman"/>
                  <w:sz w:val="20"/>
                  <w:lang w:val="ru-RU"/>
                </w:rPr>
                <w:t>/</w:t>
              </w:r>
            </w:hyperlink>
            <w:r w:rsidRPr="006C5E59">
              <w:rPr>
                <w:rFonts w:ascii="Times New Roman" w:eastAsia="Times New Roman" w:hAnsi="Times New Roman" w:cs="Times New Roman"/>
                <w:sz w:val="20"/>
                <w:lang w:val="ru-RU"/>
              </w:rPr>
              <w:t>)</w:t>
            </w:r>
          </w:p>
        </w:tc>
      </w:tr>
      <w:tr w:rsidR="006C5E59" w:rsidRPr="006C5E59" w:rsidTr="00FD4811">
        <w:trPr>
          <w:trHeight w:val="226"/>
        </w:trPr>
        <w:tc>
          <w:tcPr>
            <w:tcW w:w="3904" w:type="dxa"/>
            <w:gridSpan w:val="2"/>
          </w:tcPr>
          <w:p w:rsidR="006C5E59" w:rsidRPr="006C5E59" w:rsidRDefault="006C5E59" w:rsidP="006C5E59">
            <w:pPr>
              <w:spacing w:line="206" w:lineRule="exact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C5E59">
              <w:rPr>
                <w:rFonts w:ascii="Times New Roman" w:eastAsia="Times New Roman" w:hAnsi="Times New Roman" w:cs="Times New Roman"/>
                <w:sz w:val="20"/>
              </w:rPr>
              <w:t>Итого</w:t>
            </w:r>
            <w:proofErr w:type="spellEnd"/>
          </w:p>
        </w:tc>
        <w:tc>
          <w:tcPr>
            <w:tcW w:w="936" w:type="dxa"/>
          </w:tcPr>
          <w:p w:rsidR="006C5E59" w:rsidRPr="006C5E59" w:rsidRDefault="006C5E59" w:rsidP="006C5E59">
            <w:pPr>
              <w:spacing w:line="206" w:lineRule="exact"/>
              <w:ind w:left="366"/>
              <w:rPr>
                <w:rFonts w:ascii="Times New Roman" w:eastAsia="Times New Roman" w:hAnsi="Times New Roman" w:cs="Times New Roman"/>
                <w:sz w:val="20"/>
              </w:rPr>
            </w:pPr>
            <w:r w:rsidRPr="006C5E59"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706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5891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65" w:type="dxa"/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537" w:type="dxa"/>
            <w:tcBorders>
              <w:top w:val="thinThickMediumGap" w:sz="3" w:space="0" w:color="000000"/>
            </w:tcBorders>
          </w:tcPr>
          <w:p w:rsidR="006C5E59" w:rsidRPr="006C5E59" w:rsidRDefault="006C5E59" w:rsidP="006C5E59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</w:tr>
    </w:tbl>
    <w:p w:rsidR="006C5E59" w:rsidRDefault="006C5E59" w:rsidP="00D73D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E59" w:rsidRDefault="006C5E59" w:rsidP="00D73D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811" w:rsidRDefault="00FD4811" w:rsidP="00D73D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811" w:rsidRDefault="00FD4811" w:rsidP="00D73D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4811" w:rsidRDefault="00FD4811" w:rsidP="00D73D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427" w:rsidRDefault="00424427" w:rsidP="00D73D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F4675" w:rsidRDefault="009F4675" w:rsidP="00C725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FD4811" w:rsidRDefault="00FD4811" w:rsidP="00C725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D73D4F" w:rsidRPr="00D73D4F" w:rsidRDefault="00D73D4F" w:rsidP="00D73D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  <w:r w:rsidRPr="00D73D4F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lastRenderedPageBreak/>
        <w:t>9.ОПИСАНИЕ МАТЕРИАЛЬНО-ТЕХНИЧЕСКОГО ОБЕСПЕЧЕНИЯ ОБРАЗОВАТЕЛЬНОГО ПРОЦЕССА</w:t>
      </w:r>
    </w:p>
    <w:p w:rsidR="00EA65D6" w:rsidRPr="00C725E1" w:rsidRDefault="00EA65D6" w:rsidP="00EA65D6">
      <w:pPr>
        <w:rPr>
          <w:rFonts w:ascii="Times New Roman" w:hAnsi="Times New Roman" w:cs="Times New Roman"/>
          <w:b/>
          <w:sz w:val="24"/>
          <w:szCs w:val="24"/>
        </w:rPr>
      </w:pPr>
      <w:r w:rsidRPr="00C725E1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="00C725E1" w:rsidRPr="00C725E1">
        <w:rPr>
          <w:rFonts w:ascii="Times New Roman" w:hAnsi="Times New Roman" w:cs="Times New Roman"/>
          <w:b/>
          <w:sz w:val="24"/>
          <w:szCs w:val="24"/>
        </w:rPr>
        <w:t>: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1. Агеева, И. Д. Занимательные материал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ы по информатике </w:t>
      </w:r>
      <w:r w:rsidRPr="00C725E1">
        <w:rPr>
          <w:rFonts w:ascii="Times New Roman" w:hAnsi="Times New Roman" w:cs="Times New Roman"/>
          <w:sz w:val="24"/>
          <w:szCs w:val="24"/>
        </w:rPr>
        <w:t>математике Методическое пособие/ И. Д Агеева.– М.: ТЦ Сфера, 2006.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– 240 с. (Игровые методы обучения).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2. Бородин, М. Н. Программы для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учреждений </w:t>
      </w:r>
      <w:r w:rsidRPr="00C725E1">
        <w:rPr>
          <w:rFonts w:ascii="Times New Roman" w:hAnsi="Times New Roman" w:cs="Times New Roman"/>
          <w:sz w:val="24"/>
          <w:szCs w:val="24"/>
        </w:rPr>
        <w:t>Информатика. 2-11 классы / Составитель М. Н. Бородин. – 4-е изд. –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М.: БИНОМ. Лаборатория знаний, 2007. – 448 с.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Залогова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Л.А. Компьютерная гр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афика Элективный курс: </w:t>
      </w:r>
      <w:r w:rsidRPr="00C725E1">
        <w:rPr>
          <w:rFonts w:ascii="Times New Roman" w:hAnsi="Times New Roman" w:cs="Times New Roman"/>
          <w:sz w:val="24"/>
          <w:szCs w:val="24"/>
        </w:rPr>
        <w:t>Практикум/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Л.А.Залогова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>. – М.: БИНОМ. Лаборатория знаний, 2005. – 245 с.,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16 с. Ил.: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ил</w:t>
      </w:r>
      <w:proofErr w:type="gramStart"/>
      <w:r w:rsidRPr="00C725E1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C725E1">
        <w:rPr>
          <w:rFonts w:ascii="Times New Roman" w:hAnsi="Times New Roman" w:cs="Times New Roman"/>
          <w:sz w:val="24"/>
          <w:szCs w:val="24"/>
        </w:rPr>
        <w:t>ринберг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А.Д., Гринберг С. Цифровые изображения.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4. Ковалько В. И.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Здоровьесбе</w:t>
      </w:r>
      <w:r w:rsidR="00C725E1" w:rsidRPr="00C725E1">
        <w:rPr>
          <w:rFonts w:ascii="Times New Roman" w:hAnsi="Times New Roman" w:cs="Times New Roman"/>
          <w:sz w:val="24"/>
          <w:szCs w:val="24"/>
        </w:rPr>
        <w:t>регающие</w:t>
      </w:r>
      <w:proofErr w:type="spellEnd"/>
      <w:r w:rsidR="00C725E1" w:rsidRPr="00C725E1">
        <w:rPr>
          <w:rFonts w:ascii="Times New Roman" w:hAnsi="Times New Roman" w:cs="Times New Roman"/>
          <w:sz w:val="24"/>
          <w:szCs w:val="24"/>
        </w:rPr>
        <w:t xml:space="preserve"> технологии: школьник и </w:t>
      </w:r>
      <w:r w:rsidRPr="00C725E1">
        <w:rPr>
          <w:rFonts w:ascii="Times New Roman" w:hAnsi="Times New Roman" w:cs="Times New Roman"/>
          <w:sz w:val="24"/>
          <w:szCs w:val="24"/>
        </w:rPr>
        <w:t>компьютер: 1-4 классы В. И. Ковалько. – М.: ВАКО, 2007. – 304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6. Акимушкин И. Мир животных. М., 1971.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7. Алексеев В. А. 300 вопросов и 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ответов по экологии. Ярославль, </w:t>
      </w:r>
      <w:r w:rsidRPr="00C725E1">
        <w:rPr>
          <w:rFonts w:ascii="Times New Roman" w:hAnsi="Times New Roman" w:cs="Times New Roman"/>
          <w:sz w:val="24"/>
          <w:szCs w:val="24"/>
        </w:rPr>
        <w:t>1998. 240 с.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8. Воробьева И. А. Язык Земли. Новосибирск, 1973. 152 с.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Горощенко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В.П. Природа и люди. М., 1976.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10. Дитрих А.,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Юрмин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С,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Кошурникова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Н. Почемучка. Л., 1987.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11. Иллюстративная эн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циклопедия школьника «Мир живой </w:t>
      </w:r>
      <w:r w:rsidRPr="00C725E1">
        <w:rPr>
          <w:rFonts w:ascii="Times New Roman" w:hAnsi="Times New Roman" w:cs="Times New Roman"/>
          <w:sz w:val="24"/>
          <w:szCs w:val="24"/>
        </w:rPr>
        <w:t>природы». М., 1998.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12. Энциклопедия «Что т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акое? Кто такой?». Издательство </w:t>
      </w:r>
      <w:r w:rsidRPr="00C725E1">
        <w:rPr>
          <w:rFonts w:ascii="Times New Roman" w:hAnsi="Times New Roman" w:cs="Times New Roman"/>
          <w:sz w:val="24"/>
          <w:szCs w:val="24"/>
        </w:rPr>
        <w:t>«Педагогика». М. 1990.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13. 13.Григорьев Д.В. Внеурочная деятельность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 школьников: </w:t>
      </w:r>
      <w:r w:rsidRPr="00C725E1">
        <w:rPr>
          <w:rFonts w:ascii="Times New Roman" w:hAnsi="Times New Roman" w:cs="Times New Roman"/>
          <w:sz w:val="24"/>
          <w:szCs w:val="24"/>
        </w:rPr>
        <w:t xml:space="preserve">методический конструктор: пособие для учителя /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Д.В.Григорьев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>,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П.В.Степанов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>. – М.: Просвещение, 2010. – 223 с.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Ковалѐва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Г. Е. «Как дети читают 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и понимают текст» М., «Народное </w:t>
      </w:r>
      <w:r w:rsidRPr="00C725E1">
        <w:rPr>
          <w:rFonts w:ascii="Times New Roman" w:hAnsi="Times New Roman" w:cs="Times New Roman"/>
          <w:sz w:val="24"/>
          <w:szCs w:val="24"/>
        </w:rPr>
        <w:t>образование» 2006, № 5, 71-76.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Лемяскина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Н. А. «Современная 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система формирования </w:t>
      </w:r>
      <w:r w:rsidRPr="00C725E1">
        <w:rPr>
          <w:rFonts w:ascii="Times New Roman" w:hAnsi="Times New Roman" w:cs="Times New Roman"/>
          <w:sz w:val="24"/>
          <w:szCs w:val="24"/>
        </w:rPr>
        <w:t xml:space="preserve">читательской самостоятельности младших школьников Н. Н.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Светловской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>»,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>«Материалы X межрегиональной научно – практической конференции</w:t>
      </w:r>
      <w:proofErr w:type="gramStart"/>
      <w:r w:rsidRPr="00C725E1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C725E1">
        <w:rPr>
          <w:rFonts w:ascii="Times New Roman" w:hAnsi="Times New Roman" w:cs="Times New Roman"/>
          <w:sz w:val="24"/>
          <w:szCs w:val="24"/>
        </w:rPr>
        <w:t>.1»,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 </w:t>
      </w:r>
      <w:r w:rsidRPr="00C725E1">
        <w:rPr>
          <w:rFonts w:ascii="Times New Roman" w:hAnsi="Times New Roman" w:cs="Times New Roman"/>
          <w:sz w:val="24"/>
          <w:szCs w:val="24"/>
        </w:rPr>
        <w:t xml:space="preserve">под ред. Д-ра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. наук, проф. Л. А. Обуховой. – Воронеж: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ВОИПКиПРО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>, 2010</w:t>
      </w:r>
    </w:p>
    <w:p w:rsidR="00EA65D6" w:rsidRPr="00C725E1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Оморокова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М. И., Васил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ьева М. С. «Актуальные проблемы </w:t>
      </w:r>
      <w:r w:rsidRPr="00C725E1">
        <w:rPr>
          <w:rFonts w:ascii="Times New Roman" w:hAnsi="Times New Roman" w:cs="Times New Roman"/>
          <w:sz w:val="24"/>
          <w:szCs w:val="24"/>
        </w:rPr>
        <w:t>методики обучения чтению в начальных классах». – М., 1997</w:t>
      </w:r>
    </w:p>
    <w:p w:rsidR="00D73D4F" w:rsidRPr="00D73D4F" w:rsidRDefault="00EA65D6" w:rsidP="00C72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5E1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C725E1">
        <w:rPr>
          <w:rFonts w:ascii="Times New Roman" w:hAnsi="Times New Roman" w:cs="Times New Roman"/>
          <w:sz w:val="24"/>
          <w:szCs w:val="24"/>
        </w:rPr>
        <w:t>Оморокова</w:t>
      </w:r>
      <w:proofErr w:type="spellEnd"/>
      <w:r w:rsidRPr="00C725E1">
        <w:rPr>
          <w:rFonts w:ascii="Times New Roman" w:hAnsi="Times New Roman" w:cs="Times New Roman"/>
          <w:sz w:val="24"/>
          <w:szCs w:val="24"/>
        </w:rPr>
        <w:t xml:space="preserve"> М. И. и др. «П</w:t>
      </w:r>
      <w:r w:rsidR="00C725E1" w:rsidRPr="00C725E1">
        <w:rPr>
          <w:rFonts w:ascii="Times New Roman" w:hAnsi="Times New Roman" w:cs="Times New Roman"/>
          <w:sz w:val="24"/>
          <w:szCs w:val="24"/>
        </w:rPr>
        <w:t xml:space="preserve">реодоление трудностей: Из опыта </w:t>
      </w:r>
      <w:r w:rsidRPr="00C725E1">
        <w:rPr>
          <w:rFonts w:ascii="Times New Roman" w:hAnsi="Times New Roman" w:cs="Times New Roman"/>
          <w:sz w:val="24"/>
          <w:szCs w:val="24"/>
        </w:rPr>
        <w:t>обучения чтению: Кн. для учителя». – М.: Просвещение, 1990</w:t>
      </w:r>
    </w:p>
    <w:p w:rsidR="009F4675" w:rsidRDefault="009F4675" w:rsidP="00C725E1">
      <w:pPr>
        <w:spacing w:after="0" w:line="240" w:lineRule="auto"/>
        <w:jc w:val="both"/>
        <w:rPr>
          <w:rFonts w:ascii="Times New Roman" w:eastAsia="TimesNewRomanPS-BoldMT" w:hAnsi="Times New Roman" w:cs="Times New Roman"/>
          <w:b/>
          <w:sz w:val="24"/>
          <w:szCs w:val="24"/>
        </w:rPr>
      </w:pPr>
    </w:p>
    <w:p w:rsidR="00C725E1" w:rsidRPr="00C725E1" w:rsidRDefault="00C725E1" w:rsidP="00C725E1">
      <w:pPr>
        <w:spacing w:after="0" w:line="240" w:lineRule="auto"/>
        <w:jc w:val="both"/>
        <w:rPr>
          <w:rFonts w:ascii="Times New Roman" w:eastAsia="TimesNewRomanPS-BoldMT" w:hAnsi="Times New Roman" w:cs="Times New Roman"/>
          <w:b/>
          <w:sz w:val="24"/>
          <w:szCs w:val="24"/>
        </w:rPr>
      </w:pPr>
      <w:r w:rsidRPr="00C725E1">
        <w:rPr>
          <w:rFonts w:ascii="Times New Roman" w:eastAsia="TimesNewRomanPS-BoldMT" w:hAnsi="Times New Roman" w:cs="Times New Roman"/>
          <w:b/>
          <w:sz w:val="24"/>
          <w:szCs w:val="24"/>
        </w:rPr>
        <w:t>Информационно – техническое обеспечение</w:t>
      </w:r>
    </w:p>
    <w:p w:rsidR="00C725E1" w:rsidRPr="00C725E1" w:rsidRDefault="00C725E1" w:rsidP="00C725E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5E1">
        <w:rPr>
          <w:rFonts w:ascii="Times New Roman" w:eastAsia="Calibri" w:hAnsi="Times New Roman" w:cs="Times New Roman"/>
          <w:sz w:val="24"/>
          <w:szCs w:val="24"/>
        </w:rPr>
        <w:t>1. Ноутбук</w:t>
      </w:r>
    </w:p>
    <w:p w:rsidR="00E06C30" w:rsidRPr="009F4675" w:rsidRDefault="00C725E1" w:rsidP="009F467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25E1">
        <w:rPr>
          <w:rFonts w:ascii="Times New Roman" w:eastAsia="Calibri" w:hAnsi="Times New Roman" w:cs="Times New Roman"/>
          <w:sz w:val="24"/>
          <w:szCs w:val="24"/>
        </w:rPr>
        <w:t>2. Проектор</w:t>
      </w:r>
    </w:p>
    <w:p w:rsidR="00E06C30" w:rsidRDefault="00E06C30" w:rsidP="00963622">
      <w:pPr>
        <w:tabs>
          <w:tab w:val="left" w:pos="6240"/>
        </w:tabs>
        <w:spacing w:after="0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E06C30" w:rsidRDefault="00E06C30" w:rsidP="00963622">
      <w:pPr>
        <w:tabs>
          <w:tab w:val="left" w:pos="6240"/>
        </w:tabs>
        <w:spacing w:after="0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sectPr w:rsidR="00E06C30" w:rsidSect="00FD4811">
      <w:footerReference w:type="default" r:id="rId74"/>
      <w:pgSz w:w="16838" w:h="11906" w:orient="landscape"/>
      <w:pgMar w:top="426" w:right="1134" w:bottom="70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6D1" w:rsidRDefault="006436D1" w:rsidP="00462DA2">
      <w:pPr>
        <w:spacing w:after="0" w:line="240" w:lineRule="auto"/>
      </w:pPr>
      <w:r>
        <w:separator/>
      </w:r>
    </w:p>
  </w:endnote>
  <w:endnote w:type="continuationSeparator" w:id="0">
    <w:p w:rsidR="006436D1" w:rsidRDefault="006436D1" w:rsidP="00462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-BoldMT">
    <w:altName w:val="Segoe Print"/>
    <w:charset w:val="CC"/>
    <w:family w:val="auto"/>
    <w:pitch w:val="default"/>
    <w:sig w:usb0="00000000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E59" w:rsidRDefault="006436D1">
    <w:pPr>
      <w:pStyle w:val="af4"/>
      <w:spacing w:line="14" w:lineRule="auto"/>
      <w:rPr>
        <w:sz w:val="20"/>
      </w:rPr>
    </w:pPr>
    <w:r>
      <w:rPr>
        <w:sz w:val="24"/>
        <w:lang w:eastAsia="en-US" w:bidi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2.55pt;margin-top:548pt;width:17.05pt;height:13.05pt;z-index:-251658752;mso-position-horizontal-relative:page;mso-position-vertical-relative:page" filled="f" stroked="f">
          <v:textbox inset="0,0,0,0">
            <w:txbxContent>
              <w:p w:rsidR="006C5E59" w:rsidRDefault="006C5E59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424427">
                  <w:rPr>
                    <w:noProof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3170034"/>
      <w:docPartObj>
        <w:docPartGallery w:val="Page Numbers (Bottom of Page)"/>
        <w:docPartUnique/>
      </w:docPartObj>
    </w:sdtPr>
    <w:sdtEndPr/>
    <w:sdtContent>
      <w:p w:rsidR="006C5E59" w:rsidRDefault="006C5E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427">
          <w:rPr>
            <w:noProof/>
          </w:rPr>
          <w:t>13</w:t>
        </w:r>
        <w:r>
          <w:fldChar w:fldCharType="end"/>
        </w:r>
      </w:p>
    </w:sdtContent>
  </w:sdt>
  <w:p w:rsidR="006C5E59" w:rsidRDefault="006C5E5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6D1" w:rsidRDefault="006436D1" w:rsidP="00462DA2">
      <w:pPr>
        <w:spacing w:after="0" w:line="240" w:lineRule="auto"/>
      </w:pPr>
      <w:r>
        <w:separator/>
      </w:r>
    </w:p>
  </w:footnote>
  <w:footnote w:type="continuationSeparator" w:id="0">
    <w:p w:rsidR="006436D1" w:rsidRDefault="006436D1" w:rsidP="00462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2170321"/>
    <w:multiLevelType w:val="hybridMultilevel"/>
    <w:tmpl w:val="3302448C"/>
    <w:lvl w:ilvl="0" w:tplc="0F9C527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C02"/>
    <w:rsid w:val="00003467"/>
    <w:rsid w:val="00052372"/>
    <w:rsid w:val="000A4C2F"/>
    <w:rsid w:val="000A60E8"/>
    <w:rsid w:val="000B74F6"/>
    <w:rsid w:val="000D3998"/>
    <w:rsid w:val="00227100"/>
    <w:rsid w:val="002E6BFF"/>
    <w:rsid w:val="0038053E"/>
    <w:rsid w:val="003805B3"/>
    <w:rsid w:val="003B270A"/>
    <w:rsid w:val="00402AD1"/>
    <w:rsid w:val="00424427"/>
    <w:rsid w:val="004426DD"/>
    <w:rsid w:val="00455A6D"/>
    <w:rsid w:val="00462DA2"/>
    <w:rsid w:val="00474595"/>
    <w:rsid w:val="00557ADB"/>
    <w:rsid w:val="005668D3"/>
    <w:rsid w:val="005B729A"/>
    <w:rsid w:val="005C5ECF"/>
    <w:rsid w:val="005E0753"/>
    <w:rsid w:val="006436D1"/>
    <w:rsid w:val="006723BB"/>
    <w:rsid w:val="00672C02"/>
    <w:rsid w:val="006C5E59"/>
    <w:rsid w:val="007126E8"/>
    <w:rsid w:val="00745754"/>
    <w:rsid w:val="00770A12"/>
    <w:rsid w:val="007A3E5D"/>
    <w:rsid w:val="00807516"/>
    <w:rsid w:val="00917113"/>
    <w:rsid w:val="009262BE"/>
    <w:rsid w:val="00963622"/>
    <w:rsid w:val="009F4675"/>
    <w:rsid w:val="00A67385"/>
    <w:rsid w:val="00AF2FE6"/>
    <w:rsid w:val="00B32118"/>
    <w:rsid w:val="00B82987"/>
    <w:rsid w:val="00B82E52"/>
    <w:rsid w:val="00BE3B16"/>
    <w:rsid w:val="00BE646C"/>
    <w:rsid w:val="00C0152F"/>
    <w:rsid w:val="00C168F1"/>
    <w:rsid w:val="00C70208"/>
    <w:rsid w:val="00C725E1"/>
    <w:rsid w:val="00C930F3"/>
    <w:rsid w:val="00CC5348"/>
    <w:rsid w:val="00CF0463"/>
    <w:rsid w:val="00D73D4F"/>
    <w:rsid w:val="00DC21B1"/>
    <w:rsid w:val="00E06C30"/>
    <w:rsid w:val="00E45794"/>
    <w:rsid w:val="00E9792E"/>
    <w:rsid w:val="00EA22C9"/>
    <w:rsid w:val="00EA65D6"/>
    <w:rsid w:val="00FB53B0"/>
    <w:rsid w:val="00FD4811"/>
    <w:rsid w:val="00FD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1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1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1">
    <w:name w:val="heading 3"/>
    <w:basedOn w:val="a1"/>
    <w:next w:val="a1"/>
    <w:link w:val="32"/>
    <w:uiPriority w:val="1"/>
    <w:unhideWhenUsed/>
    <w:qFormat/>
    <w:rsid w:val="003805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805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ru-RU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3805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eastAsia="ru-RU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3805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eastAsia="ru-RU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8053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ru-RU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8053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ru-RU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8053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2">
    <w:name w:val="Заголовок 2 Знак"/>
    <w:basedOn w:val="a2"/>
    <w:link w:val="21"/>
    <w:uiPriority w:val="1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header"/>
    <w:basedOn w:val="a1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462DA2"/>
  </w:style>
  <w:style w:type="paragraph" w:styleId="a7">
    <w:name w:val="footer"/>
    <w:basedOn w:val="a1"/>
    <w:link w:val="a8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462DA2"/>
  </w:style>
  <w:style w:type="character" w:styleId="a9">
    <w:name w:val="Emphasis"/>
    <w:basedOn w:val="a2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2"/>
    <w:link w:val="1"/>
    <w:uiPriority w:val="1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1"/>
    <w:link w:val="ab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c">
    <w:name w:val="List Paragraph"/>
    <w:basedOn w:val="a1"/>
    <w:uiPriority w:val="1"/>
    <w:qFormat/>
    <w:rsid w:val="000A4C2F"/>
    <w:pPr>
      <w:ind w:left="720"/>
      <w:contextualSpacing/>
    </w:pPr>
  </w:style>
  <w:style w:type="table" w:styleId="ad">
    <w:name w:val="Table Grid"/>
    <w:basedOn w:val="a3"/>
    <w:uiPriority w:val="59"/>
    <w:rsid w:val="00CC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2"/>
    <w:uiPriority w:val="99"/>
    <w:unhideWhenUsed/>
    <w:rsid w:val="003B270A"/>
    <w:rPr>
      <w:color w:val="0000FF" w:themeColor="hyperlink"/>
      <w:u w:val="single"/>
    </w:rPr>
  </w:style>
  <w:style w:type="character" w:customStyle="1" w:styleId="32">
    <w:name w:val="Заголовок 3 Знак"/>
    <w:basedOn w:val="a2"/>
    <w:link w:val="31"/>
    <w:uiPriority w:val="1"/>
    <w:rsid w:val="0038053E"/>
    <w:rPr>
      <w:rFonts w:asciiTheme="majorHAnsi" w:eastAsiaTheme="majorEastAsia" w:hAnsiTheme="majorHAnsi" w:cstheme="majorBidi"/>
      <w:b/>
      <w:bCs/>
      <w:color w:val="4F81BD" w:themeColor="accent1"/>
      <w:lang w:val="en-US"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38053E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38053E"/>
    <w:rPr>
      <w:rFonts w:asciiTheme="majorHAnsi" w:eastAsiaTheme="majorEastAsia" w:hAnsiTheme="majorHAnsi" w:cstheme="majorBidi"/>
      <w:color w:val="243F60" w:themeColor="accent1" w:themeShade="7F"/>
      <w:lang w:val="en-US"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38053E"/>
    <w:rPr>
      <w:rFonts w:asciiTheme="majorHAnsi" w:eastAsiaTheme="majorEastAsia" w:hAnsiTheme="majorHAnsi" w:cstheme="majorBidi"/>
      <w:i/>
      <w:iCs/>
      <w:color w:val="243F60" w:themeColor="accent1" w:themeShade="7F"/>
      <w:lang w:val="en-US"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38053E"/>
    <w:rPr>
      <w:rFonts w:asciiTheme="majorHAnsi" w:eastAsiaTheme="majorEastAsia" w:hAnsiTheme="majorHAnsi" w:cstheme="majorBidi"/>
      <w:i/>
      <w:iCs/>
      <w:color w:val="404040" w:themeColor="text1" w:themeTint="BF"/>
      <w:lang w:val="en-US"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38053E"/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3805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ru-RU"/>
    </w:rPr>
  </w:style>
  <w:style w:type="numbering" w:customStyle="1" w:styleId="11">
    <w:name w:val="Нет списка1"/>
    <w:next w:val="a4"/>
    <w:uiPriority w:val="99"/>
    <w:semiHidden/>
    <w:unhideWhenUsed/>
    <w:rsid w:val="0038053E"/>
  </w:style>
  <w:style w:type="table" w:customStyle="1" w:styleId="12">
    <w:name w:val="Сетка таблицы1"/>
    <w:basedOn w:val="a3"/>
    <w:next w:val="ad"/>
    <w:uiPriority w:val="59"/>
    <w:rsid w:val="0038053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805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Title"/>
    <w:basedOn w:val="a1"/>
    <w:next w:val="a1"/>
    <w:link w:val="af1"/>
    <w:uiPriority w:val="10"/>
    <w:qFormat/>
    <w:rsid w:val="003805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ru-RU"/>
    </w:rPr>
  </w:style>
  <w:style w:type="character" w:customStyle="1" w:styleId="af1">
    <w:name w:val="Название Знак"/>
    <w:basedOn w:val="a2"/>
    <w:link w:val="af0"/>
    <w:uiPriority w:val="10"/>
    <w:rsid w:val="003805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ru-RU"/>
    </w:rPr>
  </w:style>
  <w:style w:type="paragraph" w:styleId="af2">
    <w:name w:val="Subtitle"/>
    <w:basedOn w:val="a1"/>
    <w:next w:val="a1"/>
    <w:link w:val="af3"/>
    <w:uiPriority w:val="11"/>
    <w:qFormat/>
    <w:rsid w:val="003805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ru-RU"/>
    </w:rPr>
  </w:style>
  <w:style w:type="character" w:customStyle="1" w:styleId="af3">
    <w:name w:val="Подзаголовок Знак"/>
    <w:basedOn w:val="a2"/>
    <w:link w:val="af2"/>
    <w:uiPriority w:val="11"/>
    <w:rsid w:val="003805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ru-RU"/>
    </w:rPr>
  </w:style>
  <w:style w:type="paragraph" w:styleId="af4">
    <w:name w:val="Body Text"/>
    <w:basedOn w:val="a1"/>
    <w:link w:val="af5"/>
    <w:uiPriority w:val="1"/>
    <w:unhideWhenUsed/>
    <w:qFormat/>
    <w:rsid w:val="0038053E"/>
    <w:pPr>
      <w:spacing w:after="120"/>
    </w:pPr>
    <w:rPr>
      <w:rFonts w:eastAsiaTheme="minorEastAsia"/>
      <w:lang w:val="en-US" w:eastAsia="ru-RU"/>
    </w:rPr>
  </w:style>
  <w:style w:type="character" w:customStyle="1" w:styleId="af5">
    <w:name w:val="Основной текст Знак"/>
    <w:basedOn w:val="a2"/>
    <w:link w:val="af4"/>
    <w:uiPriority w:val="99"/>
    <w:rsid w:val="0038053E"/>
    <w:rPr>
      <w:rFonts w:eastAsiaTheme="minorEastAsia"/>
      <w:lang w:val="en-US" w:eastAsia="ru-RU"/>
    </w:rPr>
  </w:style>
  <w:style w:type="paragraph" w:styleId="23">
    <w:name w:val="Body Text 2"/>
    <w:basedOn w:val="a1"/>
    <w:link w:val="24"/>
    <w:uiPriority w:val="99"/>
    <w:unhideWhenUsed/>
    <w:rsid w:val="0038053E"/>
    <w:pPr>
      <w:spacing w:after="120" w:line="480" w:lineRule="auto"/>
    </w:pPr>
    <w:rPr>
      <w:rFonts w:eastAsiaTheme="minorEastAsia"/>
      <w:lang w:val="en-US" w:eastAsia="ru-RU"/>
    </w:rPr>
  </w:style>
  <w:style w:type="character" w:customStyle="1" w:styleId="24">
    <w:name w:val="Основной текст 2 Знак"/>
    <w:basedOn w:val="a2"/>
    <w:link w:val="23"/>
    <w:uiPriority w:val="99"/>
    <w:rsid w:val="0038053E"/>
    <w:rPr>
      <w:rFonts w:eastAsiaTheme="minorEastAsia"/>
      <w:lang w:val="en-US" w:eastAsia="ru-RU"/>
    </w:rPr>
  </w:style>
  <w:style w:type="paragraph" w:styleId="33">
    <w:name w:val="Body Text 3"/>
    <w:basedOn w:val="a1"/>
    <w:link w:val="34"/>
    <w:uiPriority w:val="99"/>
    <w:unhideWhenUsed/>
    <w:rsid w:val="0038053E"/>
    <w:pPr>
      <w:spacing w:after="120"/>
    </w:pPr>
    <w:rPr>
      <w:rFonts w:eastAsiaTheme="minorEastAsia"/>
      <w:sz w:val="16"/>
      <w:szCs w:val="16"/>
      <w:lang w:val="en-US" w:eastAsia="ru-RU"/>
    </w:rPr>
  </w:style>
  <w:style w:type="character" w:customStyle="1" w:styleId="34">
    <w:name w:val="Основной текст 3 Знак"/>
    <w:basedOn w:val="a2"/>
    <w:link w:val="33"/>
    <w:uiPriority w:val="99"/>
    <w:rsid w:val="0038053E"/>
    <w:rPr>
      <w:rFonts w:eastAsiaTheme="minorEastAsia"/>
      <w:sz w:val="16"/>
      <w:szCs w:val="16"/>
      <w:lang w:val="en-US" w:eastAsia="ru-RU"/>
    </w:rPr>
  </w:style>
  <w:style w:type="paragraph" w:styleId="af6">
    <w:name w:val="List"/>
    <w:basedOn w:val="a1"/>
    <w:uiPriority w:val="99"/>
    <w:unhideWhenUsed/>
    <w:rsid w:val="0038053E"/>
    <w:pPr>
      <w:ind w:left="360" w:hanging="360"/>
      <w:contextualSpacing/>
    </w:pPr>
    <w:rPr>
      <w:rFonts w:eastAsiaTheme="minorEastAsia"/>
      <w:lang w:val="en-US" w:eastAsia="ru-RU"/>
    </w:rPr>
  </w:style>
  <w:style w:type="paragraph" w:styleId="25">
    <w:name w:val="List 2"/>
    <w:basedOn w:val="a1"/>
    <w:uiPriority w:val="99"/>
    <w:unhideWhenUsed/>
    <w:rsid w:val="0038053E"/>
    <w:pPr>
      <w:ind w:left="720" w:hanging="360"/>
      <w:contextualSpacing/>
    </w:pPr>
    <w:rPr>
      <w:rFonts w:eastAsiaTheme="minorEastAsia"/>
      <w:lang w:val="en-US" w:eastAsia="ru-RU"/>
    </w:rPr>
  </w:style>
  <w:style w:type="paragraph" w:styleId="35">
    <w:name w:val="List 3"/>
    <w:basedOn w:val="a1"/>
    <w:uiPriority w:val="99"/>
    <w:unhideWhenUsed/>
    <w:rsid w:val="0038053E"/>
    <w:pPr>
      <w:ind w:left="1080" w:hanging="360"/>
      <w:contextualSpacing/>
    </w:pPr>
    <w:rPr>
      <w:rFonts w:eastAsiaTheme="minorEastAsia"/>
      <w:lang w:val="en-US" w:eastAsia="ru-RU"/>
    </w:rPr>
  </w:style>
  <w:style w:type="paragraph" w:styleId="a0">
    <w:name w:val="List Bullet"/>
    <w:basedOn w:val="a1"/>
    <w:uiPriority w:val="99"/>
    <w:unhideWhenUsed/>
    <w:rsid w:val="0038053E"/>
    <w:pPr>
      <w:numPr>
        <w:numId w:val="3"/>
      </w:numPr>
      <w:contextualSpacing/>
    </w:pPr>
    <w:rPr>
      <w:rFonts w:eastAsiaTheme="minorEastAsia"/>
      <w:lang w:val="en-US" w:eastAsia="ru-RU"/>
    </w:rPr>
  </w:style>
  <w:style w:type="paragraph" w:styleId="20">
    <w:name w:val="List Bullet 2"/>
    <w:basedOn w:val="a1"/>
    <w:uiPriority w:val="99"/>
    <w:unhideWhenUsed/>
    <w:rsid w:val="0038053E"/>
    <w:pPr>
      <w:numPr>
        <w:numId w:val="4"/>
      </w:numPr>
      <w:contextualSpacing/>
    </w:pPr>
    <w:rPr>
      <w:rFonts w:eastAsiaTheme="minorEastAsia"/>
      <w:lang w:val="en-US" w:eastAsia="ru-RU"/>
    </w:rPr>
  </w:style>
  <w:style w:type="paragraph" w:styleId="30">
    <w:name w:val="List Bullet 3"/>
    <w:basedOn w:val="a1"/>
    <w:uiPriority w:val="99"/>
    <w:unhideWhenUsed/>
    <w:rsid w:val="0038053E"/>
    <w:pPr>
      <w:numPr>
        <w:numId w:val="5"/>
      </w:numPr>
      <w:contextualSpacing/>
    </w:pPr>
    <w:rPr>
      <w:rFonts w:eastAsiaTheme="minorEastAsia"/>
      <w:lang w:val="en-US" w:eastAsia="ru-RU"/>
    </w:rPr>
  </w:style>
  <w:style w:type="paragraph" w:styleId="a">
    <w:name w:val="List Number"/>
    <w:basedOn w:val="a1"/>
    <w:uiPriority w:val="99"/>
    <w:unhideWhenUsed/>
    <w:rsid w:val="0038053E"/>
    <w:pPr>
      <w:numPr>
        <w:numId w:val="6"/>
      </w:numPr>
      <w:contextualSpacing/>
    </w:pPr>
    <w:rPr>
      <w:rFonts w:eastAsiaTheme="minorEastAsia"/>
      <w:lang w:val="en-US" w:eastAsia="ru-RU"/>
    </w:rPr>
  </w:style>
  <w:style w:type="paragraph" w:styleId="2">
    <w:name w:val="List Number 2"/>
    <w:basedOn w:val="a1"/>
    <w:uiPriority w:val="99"/>
    <w:unhideWhenUsed/>
    <w:rsid w:val="0038053E"/>
    <w:pPr>
      <w:numPr>
        <w:numId w:val="7"/>
      </w:numPr>
      <w:contextualSpacing/>
    </w:pPr>
    <w:rPr>
      <w:rFonts w:eastAsiaTheme="minorEastAsia"/>
      <w:lang w:val="en-US" w:eastAsia="ru-RU"/>
    </w:rPr>
  </w:style>
  <w:style w:type="paragraph" w:styleId="3">
    <w:name w:val="List Number 3"/>
    <w:basedOn w:val="a1"/>
    <w:uiPriority w:val="99"/>
    <w:unhideWhenUsed/>
    <w:rsid w:val="0038053E"/>
    <w:pPr>
      <w:numPr>
        <w:numId w:val="8"/>
      </w:numPr>
      <w:contextualSpacing/>
    </w:pPr>
    <w:rPr>
      <w:rFonts w:eastAsiaTheme="minorEastAsia"/>
      <w:lang w:val="en-US" w:eastAsia="ru-RU"/>
    </w:rPr>
  </w:style>
  <w:style w:type="paragraph" w:styleId="af7">
    <w:name w:val="List Continue"/>
    <w:basedOn w:val="a1"/>
    <w:uiPriority w:val="99"/>
    <w:unhideWhenUsed/>
    <w:rsid w:val="0038053E"/>
    <w:pPr>
      <w:spacing w:after="120"/>
      <w:ind w:left="360"/>
      <w:contextualSpacing/>
    </w:pPr>
    <w:rPr>
      <w:rFonts w:eastAsiaTheme="minorEastAsia"/>
      <w:lang w:val="en-US" w:eastAsia="ru-RU"/>
    </w:rPr>
  </w:style>
  <w:style w:type="paragraph" w:styleId="26">
    <w:name w:val="List Continue 2"/>
    <w:basedOn w:val="a1"/>
    <w:uiPriority w:val="99"/>
    <w:unhideWhenUsed/>
    <w:rsid w:val="0038053E"/>
    <w:pPr>
      <w:spacing w:after="120"/>
      <w:ind w:left="720"/>
      <w:contextualSpacing/>
    </w:pPr>
    <w:rPr>
      <w:rFonts w:eastAsiaTheme="minorEastAsia"/>
      <w:lang w:val="en-US" w:eastAsia="ru-RU"/>
    </w:rPr>
  </w:style>
  <w:style w:type="paragraph" w:styleId="36">
    <w:name w:val="List Continue 3"/>
    <w:basedOn w:val="a1"/>
    <w:uiPriority w:val="99"/>
    <w:unhideWhenUsed/>
    <w:rsid w:val="0038053E"/>
    <w:pPr>
      <w:spacing w:after="120"/>
      <w:ind w:left="1080"/>
      <w:contextualSpacing/>
    </w:pPr>
    <w:rPr>
      <w:rFonts w:eastAsiaTheme="minorEastAsia"/>
      <w:lang w:val="en-US" w:eastAsia="ru-RU"/>
    </w:rPr>
  </w:style>
  <w:style w:type="paragraph" w:styleId="af8">
    <w:name w:val="macro"/>
    <w:link w:val="af9"/>
    <w:uiPriority w:val="99"/>
    <w:unhideWhenUsed/>
    <w:rsid w:val="0038053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  <w:lang w:val="en-US" w:eastAsia="ru-RU"/>
    </w:rPr>
  </w:style>
  <w:style w:type="character" w:customStyle="1" w:styleId="af9">
    <w:name w:val="Текст макроса Знак"/>
    <w:basedOn w:val="a2"/>
    <w:link w:val="af8"/>
    <w:uiPriority w:val="99"/>
    <w:rsid w:val="0038053E"/>
    <w:rPr>
      <w:rFonts w:ascii="Courier" w:eastAsiaTheme="minorEastAsia" w:hAnsi="Courier"/>
      <w:sz w:val="20"/>
      <w:szCs w:val="20"/>
      <w:lang w:val="en-US" w:eastAsia="ru-RU"/>
    </w:rPr>
  </w:style>
  <w:style w:type="paragraph" w:styleId="27">
    <w:name w:val="Quote"/>
    <w:basedOn w:val="a1"/>
    <w:next w:val="a1"/>
    <w:link w:val="28"/>
    <w:uiPriority w:val="29"/>
    <w:qFormat/>
    <w:rsid w:val="0038053E"/>
    <w:rPr>
      <w:rFonts w:eastAsiaTheme="minorEastAsia"/>
      <w:i/>
      <w:iCs/>
      <w:color w:val="000000" w:themeColor="text1"/>
      <w:lang w:val="en-US" w:eastAsia="ru-RU"/>
    </w:rPr>
  </w:style>
  <w:style w:type="character" w:customStyle="1" w:styleId="28">
    <w:name w:val="Цитата 2 Знак"/>
    <w:basedOn w:val="a2"/>
    <w:link w:val="27"/>
    <w:uiPriority w:val="29"/>
    <w:rsid w:val="0038053E"/>
    <w:rPr>
      <w:rFonts w:eastAsiaTheme="minorEastAsia"/>
      <w:i/>
      <w:iCs/>
      <w:color w:val="000000" w:themeColor="text1"/>
      <w:lang w:val="en-US" w:eastAsia="ru-RU"/>
    </w:rPr>
  </w:style>
  <w:style w:type="paragraph" w:styleId="afa">
    <w:name w:val="caption"/>
    <w:basedOn w:val="a1"/>
    <w:next w:val="a1"/>
    <w:uiPriority w:val="35"/>
    <w:semiHidden/>
    <w:unhideWhenUsed/>
    <w:qFormat/>
    <w:rsid w:val="0038053E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n-US" w:eastAsia="ru-RU"/>
    </w:rPr>
  </w:style>
  <w:style w:type="character" w:styleId="afb">
    <w:name w:val="Strong"/>
    <w:basedOn w:val="a2"/>
    <w:uiPriority w:val="22"/>
    <w:qFormat/>
    <w:rsid w:val="0038053E"/>
    <w:rPr>
      <w:b/>
      <w:bCs/>
    </w:rPr>
  </w:style>
  <w:style w:type="paragraph" w:styleId="afc">
    <w:name w:val="Intense Quote"/>
    <w:basedOn w:val="a1"/>
    <w:next w:val="a1"/>
    <w:link w:val="afd"/>
    <w:uiPriority w:val="30"/>
    <w:qFormat/>
    <w:rsid w:val="0038053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val="en-US" w:eastAsia="ru-RU"/>
    </w:rPr>
  </w:style>
  <w:style w:type="character" w:customStyle="1" w:styleId="afd">
    <w:name w:val="Выделенная цитата Знак"/>
    <w:basedOn w:val="a2"/>
    <w:link w:val="afc"/>
    <w:uiPriority w:val="30"/>
    <w:rsid w:val="0038053E"/>
    <w:rPr>
      <w:rFonts w:eastAsiaTheme="minorEastAsia"/>
      <w:b/>
      <w:bCs/>
      <w:i/>
      <w:iCs/>
      <w:color w:val="4F81BD" w:themeColor="accent1"/>
      <w:lang w:val="en-US" w:eastAsia="ru-RU"/>
    </w:rPr>
  </w:style>
  <w:style w:type="character" w:styleId="afe">
    <w:name w:val="Subtle Emphasis"/>
    <w:basedOn w:val="a2"/>
    <w:uiPriority w:val="19"/>
    <w:qFormat/>
    <w:rsid w:val="0038053E"/>
    <w:rPr>
      <w:i/>
      <w:iCs/>
      <w:color w:val="808080" w:themeColor="text1" w:themeTint="7F"/>
    </w:rPr>
  </w:style>
  <w:style w:type="character" w:styleId="aff">
    <w:name w:val="Intense Emphasis"/>
    <w:basedOn w:val="a2"/>
    <w:uiPriority w:val="21"/>
    <w:qFormat/>
    <w:rsid w:val="0038053E"/>
    <w:rPr>
      <w:b/>
      <w:bCs/>
      <w:i/>
      <w:iCs/>
      <w:color w:val="4F81BD" w:themeColor="accent1"/>
    </w:rPr>
  </w:style>
  <w:style w:type="character" w:styleId="aff0">
    <w:name w:val="Subtle Reference"/>
    <w:basedOn w:val="a2"/>
    <w:uiPriority w:val="31"/>
    <w:qFormat/>
    <w:rsid w:val="0038053E"/>
    <w:rPr>
      <w:smallCaps/>
      <w:color w:val="C0504D" w:themeColor="accent2"/>
      <w:u w:val="single"/>
    </w:rPr>
  </w:style>
  <w:style w:type="character" w:styleId="aff1">
    <w:name w:val="Intense Reference"/>
    <w:basedOn w:val="a2"/>
    <w:uiPriority w:val="32"/>
    <w:qFormat/>
    <w:rsid w:val="0038053E"/>
    <w:rPr>
      <w:b/>
      <w:bCs/>
      <w:smallCaps/>
      <w:color w:val="C0504D" w:themeColor="accent2"/>
      <w:spacing w:val="5"/>
      <w:u w:val="single"/>
    </w:rPr>
  </w:style>
  <w:style w:type="character" w:styleId="aff2">
    <w:name w:val="Book Title"/>
    <w:basedOn w:val="a2"/>
    <w:uiPriority w:val="33"/>
    <w:qFormat/>
    <w:rsid w:val="0038053E"/>
    <w:rPr>
      <w:b/>
      <w:bCs/>
      <w:smallCaps/>
      <w:spacing w:val="5"/>
    </w:rPr>
  </w:style>
  <w:style w:type="paragraph" w:styleId="aff3">
    <w:name w:val="TOC Heading"/>
    <w:basedOn w:val="1"/>
    <w:next w:val="a1"/>
    <w:uiPriority w:val="39"/>
    <w:semiHidden/>
    <w:unhideWhenUsed/>
    <w:qFormat/>
    <w:rsid w:val="0038053E"/>
    <w:pPr>
      <w:outlineLvl w:val="9"/>
    </w:pPr>
    <w:rPr>
      <w:lang w:val="en-US" w:eastAsia="ru-RU"/>
    </w:rPr>
  </w:style>
  <w:style w:type="table" w:styleId="aff4">
    <w:name w:val="Light Shading"/>
    <w:basedOn w:val="a3"/>
    <w:uiPriority w:val="60"/>
    <w:rsid w:val="0038053E"/>
    <w:pPr>
      <w:spacing w:after="0" w:line="240" w:lineRule="auto"/>
    </w:pPr>
    <w:rPr>
      <w:rFonts w:eastAsiaTheme="minorEastAsia"/>
      <w:color w:val="000000" w:themeColor="text1" w:themeShade="BF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38053E"/>
    <w:pPr>
      <w:spacing w:after="0" w:line="240" w:lineRule="auto"/>
    </w:pPr>
    <w:rPr>
      <w:rFonts w:eastAsiaTheme="minorEastAsia"/>
      <w:color w:val="365F91" w:themeColor="accent1" w:themeShade="BF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38053E"/>
    <w:pPr>
      <w:spacing w:after="0" w:line="240" w:lineRule="auto"/>
    </w:pPr>
    <w:rPr>
      <w:rFonts w:eastAsiaTheme="minorEastAsia"/>
      <w:color w:val="943634" w:themeColor="accent2" w:themeShade="BF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38053E"/>
    <w:pPr>
      <w:spacing w:after="0" w:line="240" w:lineRule="auto"/>
    </w:pPr>
    <w:rPr>
      <w:rFonts w:eastAsiaTheme="minorEastAsia"/>
      <w:color w:val="76923C" w:themeColor="accent3" w:themeShade="BF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38053E"/>
    <w:pPr>
      <w:spacing w:after="0" w:line="240" w:lineRule="auto"/>
    </w:pPr>
    <w:rPr>
      <w:rFonts w:eastAsiaTheme="minorEastAsia"/>
      <w:color w:val="5F497A" w:themeColor="accent4" w:themeShade="BF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38053E"/>
    <w:pPr>
      <w:spacing w:after="0" w:line="240" w:lineRule="auto"/>
    </w:pPr>
    <w:rPr>
      <w:rFonts w:eastAsiaTheme="minorEastAsia"/>
      <w:color w:val="31849B" w:themeColor="accent5" w:themeShade="BF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38053E"/>
    <w:pPr>
      <w:spacing w:after="0" w:line="240" w:lineRule="auto"/>
    </w:pPr>
    <w:rPr>
      <w:rFonts w:eastAsiaTheme="minorEastAsia"/>
      <w:color w:val="E36C0A" w:themeColor="accent6" w:themeShade="BF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4">
    <w:name w:val="Medium List 1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Grid 1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b">
    <w:name w:val="FollowedHyperlink"/>
    <w:basedOn w:val="a2"/>
    <w:uiPriority w:val="99"/>
    <w:semiHidden/>
    <w:unhideWhenUsed/>
    <w:rsid w:val="0038053E"/>
    <w:rPr>
      <w:color w:val="800080" w:themeColor="followedHyperlink"/>
      <w:u w:val="single"/>
    </w:rPr>
  </w:style>
  <w:style w:type="paragraph" w:customStyle="1" w:styleId="TableParagraph">
    <w:name w:val="Table Paragraph"/>
    <w:basedOn w:val="a1"/>
    <w:uiPriority w:val="1"/>
    <w:qFormat/>
    <w:rsid w:val="0038053E"/>
    <w:pPr>
      <w:widowControl w:val="0"/>
      <w:autoSpaceDE w:val="0"/>
      <w:autoSpaceDN w:val="0"/>
      <w:spacing w:before="86" w:after="0" w:line="240" w:lineRule="auto"/>
      <w:ind w:left="76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C5E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c">
    <w:name w:val="Нет списка2"/>
    <w:next w:val="a4"/>
    <w:uiPriority w:val="99"/>
    <w:semiHidden/>
    <w:unhideWhenUsed/>
    <w:rsid w:val="006C5E59"/>
  </w:style>
  <w:style w:type="numbering" w:customStyle="1" w:styleId="110">
    <w:name w:val="Нет списка11"/>
    <w:next w:val="a4"/>
    <w:uiPriority w:val="99"/>
    <w:semiHidden/>
    <w:unhideWhenUsed/>
    <w:rsid w:val="006C5E59"/>
  </w:style>
  <w:style w:type="paragraph" w:styleId="16">
    <w:name w:val="toc 1"/>
    <w:basedOn w:val="a1"/>
    <w:uiPriority w:val="1"/>
    <w:qFormat/>
    <w:rsid w:val="006C5E59"/>
    <w:pPr>
      <w:widowControl w:val="0"/>
      <w:autoSpaceDE w:val="0"/>
      <w:autoSpaceDN w:val="0"/>
      <w:spacing w:before="182" w:after="0" w:line="240" w:lineRule="auto"/>
      <w:ind w:left="921" w:hanging="37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-serp-urlitem">
    <w:name w:val="b-serp-url__item"/>
    <w:basedOn w:val="a2"/>
    <w:uiPriority w:val="99"/>
    <w:rsid w:val="006C5E59"/>
  </w:style>
  <w:style w:type="character" w:customStyle="1" w:styleId="b-serp-urlmark">
    <w:name w:val="b-serp-url__mark"/>
    <w:basedOn w:val="a2"/>
    <w:uiPriority w:val="99"/>
    <w:rsid w:val="006C5E59"/>
  </w:style>
  <w:style w:type="table" w:customStyle="1" w:styleId="111">
    <w:name w:val="Сетка таблицы11"/>
    <w:basedOn w:val="a3"/>
    <w:next w:val="ad"/>
    <w:uiPriority w:val="99"/>
    <w:rsid w:val="006C5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1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1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1">
    <w:name w:val="heading 3"/>
    <w:basedOn w:val="a1"/>
    <w:next w:val="a1"/>
    <w:link w:val="32"/>
    <w:uiPriority w:val="1"/>
    <w:unhideWhenUsed/>
    <w:qFormat/>
    <w:rsid w:val="003805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805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ru-RU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3805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eastAsia="ru-RU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3805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eastAsia="ru-RU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8053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eastAsia="ru-RU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8053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ru-RU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8053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2">
    <w:name w:val="Заголовок 2 Знак"/>
    <w:basedOn w:val="a2"/>
    <w:link w:val="21"/>
    <w:uiPriority w:val="1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header"/>
    <w:basedOn w:val="a1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462DA2"/>
  </w:style>
  <w:style w:type="paragraph" w:styleId="a7">
    <w:name w:val="footer"/>
    <w:basedOn w:val="a1"/>
    <w:link w:val="a8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462DA2"/>
  </w:style>
  <w:style w:type="character" w:styleId="a9">
    <w:name w:val="Emphasis"/>
    <w:basedOn w:val="a2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2"/>
    <w:link w:val="1"/>
    <w:uiPriority w:val="1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alloon Text"/>
    <w:basedOn w:val="a1"/>
    <w:link w:val="ab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c">
    <w:name w:val="List Paragraph"/>
    <w:basedOn w:val="a1"/>
    <w:uiPriority w:val="1"/>
    <w:qFormat/>
    <w:rsid w:val="000A4C2F"/>
    <w:pPr>
      <w:ind w:left="720"/>
      <w:contextualSpacing/>
    </w:pPr>
  </w:style>
  <w:style w:type="table" w:styleId="ad">
    <w:name w:val="Table Grid"/>
    <w:basedOn w:val="a3"/>
    <w:uiPriority w:val="59"/>
    <w:rsid w:val="00CC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2"/>
    <w:uiPriority w:val="99"/>
    <w:unhideWhenUsed/>
    <w:rsid w:val="003B270A"/>
    <w:rPr>
      <w:color w:val="0000FF" w:themeColor="hyperlink"/>
      <w:u w:val="single"/>
    </w:rPr>
  </w:style>
  <w:style w:type="character" w:customStyle="1" w:styleId="32">
    <w:name w:val="Заголовок 3 Знак"/>
    <w:basedOn w:val="a2"/>
    <w:link w:val="31"/>
    <w:uiPriority w:val="1"/>
    <w:rsid w:val="0038053E"/>
    <w:rPr>
      <w:rFonts w:asciiTheme="majorHAnsi" w:eastAsiaTheme="majorEastAsia" w:hAnsiTheme="majorHAnsi" w:cstheme="majorBidi"/>
      <w:b/>
      <w:bCs/>
      <w:color w:val="4F81BD" w:themeColor="accent1"/>
      <w:lang w:val="en-US"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38053E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ru-RU"/>
    </w:rPr>
  </w:style>
  <w:style w:type="character" w:customStyle="1" w:styleId="50">
    <w:name w:val="Заголовок 5 Знак"/>
    <w:basedOn w:val="a2"/>
    <w:link w:val="5"/>
    <w:uiPriority w:val="9"/>
    <w:semiHidden/>
    <w:rsid w:val="0038053E"/>
    <w:rPr>
      <w:rFonts w:asciiTheme="majorHAnsi" w:eastAsiaTheme="majorEastAsia" w:hAnsiTheme="majorHAnsi" w:cstheme="majorBidi"/>
      <w:color w:val="243F60" w:themeColor="accent1" w:themeShade="7F"/>
      <w:lang w:val="en-US" w:eastAsia="ru-RU"/>
    </w:rPr>
  </w:style>
  <w:style w:type="character" w:customStyle="1" w:styleId="60">
    <w:name w:val="Заголовок 6 Знак"/>
    <w:basedOn w:val="a2"/>
    <w:link w:val="6"/>
    <w:uiPriority w:val="9"/>
    <w:semiHidden/>
    <w:rsid w:val="0038053E"/>
    <w:rPr>
      <w:rFonts w:asciiTheme="majorHAnsi" w:eastAsiaTheme="majorEastAsia" w:hAnsiTheme="majorHAnsi" w:cstheme="majorBidi"/>
      <w:i/>
      <w:iCs/>
      <w:color w:val="243F60" w:themeColor="accent1" w:themeShade="7F"/>
      <w:lang w:val="en-US" w:eastAsia="ru-RU"/>
    </w:rPr>
  </w:style>
  <w:style w:type="character" w:customStyle="1" w:styleId="70">
    <w:name w:val="Заголовок 7 Знак"/>
    <w:basedOn w:val="a2"/>
    <w:link w:val="7"/>
    <w:uiPriority w:val="9"/>
    <w:semiHidden/>
    <w:rsid w:val="0038053E"/>
    <w:rPr>
      <w:rFonts w:asciiTheme="majorHAnsi" w:eastAsiaTheme="majorEastAsia" w:hAnsiTheme="majorHAnsi" w:cstheme="majorBidi"/>
      <w:i/>
      <w:iCs/>
      <w:color w:val="404040" w:themeColor="text1" w:themeTint="BF"/>
      <w:lang w:val="en-US" w:eastAsia="ru-RU"/>
    </w:rPr>
  </w:style>
  <w:style w:type="character" w:customStyle="1" w:styleId="80">
    <w:name w:val="Заголовок 8 Знак"/>
    <w:basedOn w:val="a2"/>
    <w:link w:val="8"/>
    <w:uiPriority w:val="9"/>
    <w:semiHidden/>
    <w:rsid w:val="0038053E"/>
    <w:rPr>
      <w:rFonts w:asciiTheme="majorHAnsi" w:eastAsiaTheme="majorEastAsia" w:hAnsiTheme="majorHAnsi" w:cstheme="majorBidi"/>
      <w:color w:val="4F81BD" w:themeColor="accent1"/>
      <w:sz w:val="20"/>
      <w:szCs w:val="20"/>
      <w:lang w:val="en-US" w:eastAsia="ru-RU"/>
    </w:rPr>
  </w:style>
  <w:style w:type="character" w:customStyle="1" w:styleId="90">
    <w:name w:val="Заголовок 9 Знак"/>
    <w:basedOn w:val="a2"/>
    <w:link w:val="9"/>
    <w:uiPriority w:val="9"/>
    <w:semiHidden/>
    <w:rsid w:val="0038053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ru-RU"/>
    </w:rPr>
  </w:style>
  <w:style w:type="numbering" w:customStyle="1" w:styleId="11">
    <w:name w:val="Нет списка1"/>
    <w:next w:val="a4"/>
    <w:uiPriority w:val="99"/>
    <w:semiHidden/>
    <w:unhideWhenUsed/>
    <w:rsid w:val="0038053E"/>
  </w:style>
  <w:style w:type="table" w:customStyle="1" w:styleId="12">
    <w:name w:val="Сетка таблицы1"/>
    <w:basedOn w:val="a3"/>
    <w:next w:val="ad"/>
    <w:uiPriority w:val="59"/>
    <w:rsid w:val="0038053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8053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Title"/>
    <w:basedOn w:val="a1"/>
    <w:next w:val="a1"/>
    <w:link w:val="af1"/>
    <w:uiPriority w:val="10"/>
    <w:qFormat/>
    <w:rsid w:val="003805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ru-RU"/>
    </w:rPr>
  </w:style>
  <w:style w:type="character" w:customStyle="1" w:styleId="af1">
    <w:name w:val="Название Знак"/>
    <w:basedOn w:val="a2"/>
    <w:link w:val="af0"/>
    <w:uiPriority w:val="10"/>
    <w:rsid w:val="003805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ru-RU"/>
    </w:rPr>
  </w:style>
  <w:style w:type="paragraph" w:styleId="af2">
    <w:name w:val="Subtitle"/>
    <w:basedOn w:val="a1"/>
    <w:next w:val="a1"/>
    <w:link w:val="af3"/>
    <w:uiPriority w:val="11"/>
    <w:qFormat/>
    <w:rsid w:val="0038053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ru-RU"/>
    </w:rPr>
  </w:style>
  <w:style w:type="character" w:customStyle="1" w:styleId="af3">
    <w:name w:val="Подзаголовок Знак"/>
    <w:basedOn w:val="a2"/>
    <w:link w:val="af2"/>
    <w:uiPriority w:val="11"/>
    <w:rsid w:val="0038053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ru-RU"/>
    </w:rPr>
  </w:style>
  <w:style w:type="paragraph" w:styleId="af4">
    <w:name w:val="Body Text"/>
    <w:basedOn w:val="a1"/>
    <w:link w:val="af5"/>
    <w:uiPriority w:val="1"/>
    <w:unhideWhenUsed/>
    <w:qFormat/>
    <w:rsid w:val="0038053E"/>
    <w:pPr>
      <w:spacing w:after="120"/>
    </w:pPr>
    <w:rPr>
      <w:rFonts w:eastAsiaTheme="minorEastAsia"/>
      <w:lang w:val="en-US" w:eastAsia="ru-RU"/>
    </w:rPr>
  </w:style>
  <w:style w:type="character" w:customStyle="1" w:styleId="af5">
    <w:name w:val="Основной текст Знак"/>
    <w:basedOn w:val="a2"/>
    <w:link w:val="af4"/>
    <w:uiPriority w:val="99"/>
    <w:rsid w:val="0038053E"/>
    <w:rPr>
      <w:rFonts w:eastAsiaTheme="minorEastAsia"/>
      <w:lang w:val="en-US" w:eastAsia="ru-RU"/>
    </w:rPr>
  </w:style>
  <w:style w:type="paragraph" w:styleId="23">
    <w:name w:val="Body Text 2"/>
    <w:basedOn w:val="a1"/>
    <w:link w:val="24"/>
    <w:uiPriority w:val="99"/>
    <w:unhideWhenUsed/>
    <w:rsid w:val="0038053E"/>
    <w:pPr>
      <w:spacing w:after="120" w:line="480" w:lineRule="auto"/>
    </w:pPr>
    <w:rPr>
      <w:rFonts w:eastAsiaTheme="minorEastAsia"/>
      <w:lang w:val="en-US" w:eastAsia="ru-RU"/>
    </w:rPr>
  </w:style>
  <w:style w:type="character" w:customStyle="1" w:styleId="24">
    <w:name w:val="Основной текст 2 Знак"/>
    <w:basedOn w:val="a2"/>
    <w:link w:val="23"/>
    <w:uiPriority w:val="99"/>
    <w:rsid w:val="0038053E"/>
    <w:rPr>
      <w:rFonts w:eastAsiaTheme="minorEastAsia"/>
      <w:lang w:val="en-US" w:eastAsia="ru-RU"/>
    </w:rPr>
  </w:style>
  <w:style w:type="paragraph" w:styleId="33">
    <w:name w:val="Body Text 3"/>
    <w:basedOn w:val="a1"/>
    <w:link w:val="34"/>
    <w:uiPriority w:val="99"/>
    <w:unhideWhenUsed/>
    <w:rsid w:val="0038053E"/>
    <w:pPr>
      <w:spacing w:after="120"/>
    </w:pPr>
    <w:rPr>
      <w:rFonts w:eastAsiaTheme="minorEastAsia"/>
      <w:sz w:val="16"/>
      <w:szCs w:val="16"/>
      <w:lang w:val="en-US" w:eastAsia="ru-RU"/>
    </w:rPr>
  </w:style>
  <w:style w:type="character" w:customStyle="1" w:styleId="34">
    <w:name w:val="Основной текст 3 Знак"/>
    <w:basedOn w:val="a2"/>
    <w:link w:val="33"/>
    <w:uiPriority w:val="99"/>
    <w:rsid w:val="0038053E"/>
    <w:rPr>
      <w:rFonts w:eastAsiaTheme="minorEastAsia"/>
      <w:sz w:val="16"/>
      <w:szCs w:val="16"/>
      <w:lang w:val="en-US" w:eastAsia="ru-RU"/>
    </w:rPr>
  </w:style>
  <w:style w:type="paragraph" w:styleId="af6">
    <w:name w:val="List"/>
    <w:basedOn w:val="a1"/>
    <w:uiPriority w:val="99"/>
    <w:unhideWhenUsed/>
    <w:rsid w:val="0038053E"/>
    <w:pPr>
      <w:ind w:left="360" w:hanging="360"/>
      <w:contextualSpacing/>
    </w:pPr>
    <w:rPr>
      <w:rFonts w:eastAsiaTheme="minorEastAsia"/>
      <w:lang w:val="en-US" w:eastAsia="ru-RU"/>
    </w:rPr>
  </w:style>
  <w:style w:type="paragraph" w:styleId="25">
    <w:name w:val="List 2"/>
    <w:basedOn w:val="a1"/>
    <w:uiPriority w:val="99"/>
    <w:unhideWhenUsed/>
    <w:rsid w:val="0038053E"/>
    <w:pPr>
      <w:ind w:left="720" w:hanging="360"/>
      <w:contextualSpacing/>
    </w:pPr>
    <w:rPr>
      <w:rFonts w:eastAsiaTheme="minorEastAsia"/>
      <w:lang w:val="en-US" w:eastAsia="ru-RU"/>
    </w:rPr>
  </w:style>
  <w:style w:type="paragraph" w:styleId="35">
    <w:name w:val="List 3"/>
    <w:basedOn w:val="a1"/>
    <w:uiPriority w:val="99"/>
    <w:unhideWhenUsed/>
    <w:rsid w:val="0038053E"/>
    <w:pPr>
      <w:ind w:left="1080" w:hanging="360"/>
      <w:contextualSpacing/>
    </w:pPr>
    <w:rPr>
      <w:rFonts w:eastAsiaTheme="minorEastAsia"/>
      <w:lang w:val="en-US" w:eastAsia="ru-RU"/>
    </w:rPr>
  </w:style>
  <w:style w:type="paragraph" w:styleId="a0">
    <w:name w:val="List Bullet"/>
    <w:basedOn w:val="a1"/>
    <w:uiPriority w:val="99"/>
    <w:unhideWhenUsed/>
    <w:rsid w:val="0038053E"/>
    <w:pPr>
      <w:numPr>
        <w:numId w:val="3"/>
      </w:numPr>
      <w:contextualSpacing/>
    </w:pPr>
    <w:rPr>
      <w:rFonts w:eastAsiaTheme="minorEastAsia"/>
      <w:lang w:val="en-US" w:eastAsia="ru-RU"/>
    </w:rPr>
  </w:style>
  <w:style w:type="paragraph" w:styleId="20">
    <w:name w:val="List Bullet 2"/>
    <w:basedOn w:val="a1"/>
    <w:uiPriority w:val="99"/>
    <w:unhideWhenUsed/>
    <w:rsid w:val="0038053E"/>
    <w:pPr>
      <w:numPr>
        <w:numId w:val="4"/>
      </w:numPr>
      <w:contextualSpacing/>
    </w:pPr>
    <w:rPr>
      <w:rFonts w:eastAsiaTheme="minorEastAsia"/>
      <w:lang w:val="en-US" w:eastAsia="ru-RU"/>
    </w:rPr>
  </w:style>
  <w:style w:type="paragraph" w:styleId="30">
    <w:name w:val="List Bullet 3"/>
    <w:basedOn w:val="a1"/>
    <w:uiPriority w:val="99"/>
    <w:unhideWhenUsed/>
    <w:rsid w:val="0038053E"/>
    <w:pPr>
      <w:numPr>
        <w:numId w:val="5"/>
      </w:numPr>
      <w:contextualSpacing/>
    </w:pPr>
    <w:rPr>
      <w:rFonts w:eastAsiaTheme="minorEastAsia"/>
      <w:lang w:val="en-US" w:eastAsia="ru-RU"/>
    </w:rPr>
  </w:style>
  <w:style w:type="paragraph" w:styleId="a">
    <w:name w:val="List Number"/>
    <w:basedOn w:val="a1"/>
    <w:uiPriority w:val="99"/>
    <w:unhideWhenUsed/>
    <w:rsid w:val="0038053E"/>
    <w:pPr>
      <w:numPr>
        <w:numId w:val="6"/>
      </w:numPr>
      <w:contextualSpacing/>
    </w:pPr>
    <w:rPr>
      <w:rFonts w:eastAsiaTheme="minorEastAsia"/>
      <w:lang w:val="en-US" w:eastAsia="ru-RU"/>
    </w:rPr>
  </w:style>
  <w:style w:type="paragraph" w:styleId="2">
    <w:name w:val="List Number 2"/>
    <w:basedOn w:val="a1"/>
    <w:uiPriority w:val="99"/>
    <w:unhideWhenUsed/>
    <w:rsid w:val="0038053E"/>
    <w:pPr>
      <w:numPr>
        <w:numId w:val="7"/>
      </w:numPr>
      <w:contextualSpacing/>
    </w:pPr>
    <w:rPr>
      <w:rFonts w:eastAsiaTheme="minorEastAsia"/>
      <w:lang w:val="en-US" w:eastAsia="ru-RU"/>
    </w:rPr>
  </w:style>
  <w:style w:type="paragraph" w:styleId="3">
    <w:name w:val="List Number 3"/>
    <w:basedOn w:val="a1"/>
    <w:uiPriority w:val="99"/>
    <w:unhideWhenUsed/>
    <w:rsid w:val="0038053E"/>
    <w:pPr>
      <w:numPr>
        <w:numId w:val="8"/>
      </w:numPr>
      <w:contextualSpacing/>
    </w:pPr>
    <w:rPr>
      <w:rFonts w:eastAsiaTheme="minorEastAsia"/>
      <w:lang w:val="en-US" w:eastAsia="ru-RU"/>
    </w:rPr>
  </w:style>
  <w:style w:type="paragraph" w:styleId="af7">
    <w:name w:val="List Continue"/>
    <w:basedOn w:val="a1"/>
    <w:uiPriority w:val="99"/>
    <w:unhideWhenUsed/>
    <w:rsid w:val="0038053E"/>
    <w:pPr>
      <w:spacing w:after="120"/>
      <w:ind w:left="360"/>
      <w:contextualSpacing/>
    </w:pPr>
    <w:rPr>
      <w:rFonts w:eastAsiaTheme="minorEastAsia"/>
      <w:lang w:val="en-US" w:eastAsia="ru-RU"/>
    </w:rPr>
  </w:style>
  <w:style w:type="paragraph" w:styleId="26">
    <w:name w:val="List Continue 2"/>
    <w:basedOn w:val="a1"/>
    <w:uiPriority w:val="99"/>
    <w:unhideWhenUsed/>
    <w:rsid w:val="0038053E"/>
    <w:pPr>
      <w:spacing w:after="120"/>
      <w:ind w:left="720"/>
      <w:contextualSpacing/>
    </w:pPr>
    <w:rPr>
      <w:rFonts w:eastAsiaTheme="minorEastAsia"/>
      <w:lang w:val="en-US" w:eastAsia="ru-RU"/>
    </w:rPr>
  </w:style>
  <w:style w:type="paragraph" w:styleId="36">
    <w:name w:val="List Continue 3"/>
    <w:basedOn w:val="a1"/>
    <w:uiPriority w:val="99"/>
    <w:unhideWhenUsed/>
    <w:rsid w:val="0038053E"/>
    <w:pPr>
      <w:spacing w:after="120"/>
      <w:ind w:left="1080"/>
      <w:contextualSpacing/>
    </w:pPr>
    <w:rPr>
      <w:rFonts w:eastAsiaTheme="minorEastAsia"/>
      <w:lang w:val="en-US" w:eastAsia="ru-RU"/>
    </w:rPr>
  </w:style>
  <w:style w:type="paragraph" w:styleId="af8">
    <w:name w:val="macro"/>
    <w:link w:val="af9"/>
    <w:uiPriority w:val="99"/>
    <w:unhideWhenUsed/>
    <w:rsid w:val="0038053E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  <w:lang w:val="en-US" w:eastAsia="ru-RU"/>
    </w:rPr>
  </w:style>
  <w:style w:type="character" w:customStyle="1" w:styleId="af9">
    <w:name w:val="Текст макроса Знак"/>
    <w:basedOn w:val="a2"/>
    <w:link w:val="af8"/>
    <w:uiPriority w:val="99"/>
    <w:rsid w:val="0038053E"/>
    <w:rPr>
      <w:rFonts w:ascii="Courier" w:eastAsiaTheme="minorEastAsia" w:hAnsi="Courier"/>
      <w:sz w:val="20"/>
      <w:szCs w:val="20"/>
      <w:lang w:val="en-US" w:eastAsia="ru-RU"/>
    </w:rPr>
  </w:style>
  <w:style w:type="paragraph" w:styleId="27">
    <w:name w:val="Quote"/>
    <w:basedOn w:val="a1"/>
    <w:next w:val="a1"/>
    <w:link w:val="28"/>
    <w:uiPriority w:val="29"/>
    <w:qFormat/>
    <w:rsid w:val="0038053E"/>
    <w:rPr>
      <w:rFonts w:eastAsiaTheme="minorEastAsia"/>
      <w:i/>
      <w:iCs/>
      <w:color w:val="000000" w:themeColor="text1"/>
      <w:lang w:val="en-US" w:eastAsia="ru-RU"/>
    </w:rPr>
  </w:style>
  <w:style w:type="character" w:customStyle="1" w:styleId="28">
    <w:name w:val="Цитата 2 Знак"/>
    <w:basedOn w:val="a2"/>
    <w:link w:val="27"/>
    <w:uiPriority w:val="29"/>
    <w:rsid w:val="0038053E"/>
    <w:rPr>
      <w:rFonts w:eastAsiaTheme="minorEastAsia"/>
      <w:i/>
      <w:iCs/>
      <w:color w:val="000000" w:themeColor="text1"/>
      <w:lang w:val="en-US" w:eastAsia="ru-RU"/>
    </w:rPr>
  </w:style>
  <w:style w:type="paragraph" w:styleId="afa">
    <w:name w:val="caption"/>
    <w:basedOn w:val="a1"/>
    <w:next w:val="a1"/>
    <w:uiPriority w:val="35"/>
    <w:semiHidden/>
    <w:unhideWhenUsed/>
    <w:qFormat/>
    <w:rsid w:val="0038053E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n-US" w:eastAsia="ru-RU"/>
    </w:rPr>
  </w:style>
  <w:style w:type="character" w:styleId="afb">
    <w:name w:val="Strong"/>
    <w:basedOn w:val="a2"/>
    <w:uiPriority w:val="22"/>
    <w:qFormat/>
    <w:rsid w:val="0038053E"/>
    <w:rPr>
      <w:b/>
      <w:bCs/>
    </w:rPr>
  </w:style>
  <w:style w:type="paragraph" w:styleId="afc">
    <w:name w:val="Intense Quote"/>
    <w:basedOn w:val="a1"/>
    <w:next w:val="a1"/>
    <w:link w:val="afd"/>
    <w:uiPriority w:val="30"/>
    <w:qFormat/>
    <w:rsid w:val="0038053E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val="en-US" w:eastAsia="ru-RU"/>
    </w:rPr>
  </w:style>
  <w:style w:type="character" w:customStyle="1" w:styleId="afd">
    <w:name w:val="Выделенная цитата Знак"/>
    <w:basedOn w:val="a2"/>
    <w:link w:val="afc"/>
    <w:uiPriority w:val="30"/>
    <w:rsid w:val="0038053E"/>
    <w:rPr>
      <w:rFonts w:eastAsiaTheme="minorEastAsia"/>
      <w:b/>
      <w:bCs/>
      <w:i/>
      <w:iCs/>
      <w:color w:val="4F81BD" w:themeColor="accent1"/>
      <w:lang w:val="en-US" w:eastAsia="ru-RU"/>
    </w:rPr>
  </w:style>
  <w:style w:type="character" w:styleId="afe">
    <w:name w:val="Subtle Emphasis"/>
    <w:basedOn w:val="a2"/>
    <w:uiPriority w:val="19"/>
    <w:qFormat/>
    <w:rsid w:val="0038053E"/>
    <w:rPr>
      <w:i/>
      <w:iCs/>
      <w:color w:val="808080" w:themeColor="text1" w:themeTint="7F"/>
    </w:rPr>
  </w:style>
  <w:style w:type="character" w:styleId="aff">
    <w:name w:val="Intense Emphasis"/>
    <w:basedOn w:val="a2"/>
    <w:uiPriority w:val="21"/>
    <w:qFormat/>
    <w:rsid w:val="0038053E"/>
    <w:rPr>
      <w:b/>
      <w:bCs/>
      <w:i/>
      <w:iCs/>
      <w:color w:val="4F81BD" w:themeColor="accent1"/>
    </w:rPr>
  </w:style>
  <w:style w:type="character" w:styleId="aff0">
    <w:name w:val="Subtle Reference"/>
    <w:basedOn w:val="a2"/>
    <w:uiPriority w:val="31"/>
    <w:qFormat/>
    <w:rsid w:val="0038053E"/>
    <w:rPr>
      <w:smallCaps/>
      <w:color w:val="C0504D" w:themeColor="accent2"/>
      <w:u w:val="single"/>
    </w:rPr>
  </w:style>
  <w:style w:type="character" w:styleId="aff1">
    <w:name w:val="Intense Reference"/>
    <w:basedOn w:val="a2"/>
    <w:uiPriority w:val="32"/>
    <w:qFormat/>
    <w:rsid w:val="0038053E"/>
    <w:rPr>
      <w:b/>
      <w:bCs/>
      <w:smallCaps/>
      <w:color w:val="C0504D" w:themeColor="accent2"/>
      <w:spacing w:val="5"/>
      <w:u w:val="single"/>
    </w:rPr>
  </w:style>
  <w:style w:type="character" w:styleId="aff2">
    <w:name w:val="Book Title"/>
    <w:basedOn w:val="a2"/>
    <w:uiPriority w:val="33"/>
    <w:qFormat/>
    <w:rsid w:val="0038053E"/>
    <w:rPr>
      <w:b/>
      <w:bCs/>
      <w:smallCaps/>
      <w:spacing w:val="5"/>
    </w:rPr>
  </w:style>
  <w:style w:type="paragraph" w:styleId="aff3">
    <w:name w:val="TOC Heading"/>
    <w:basedOn w:val="1"/>
    <w:next w:val="a1"/>
    <w:uiPriority w:val="39"/>
    <w:semiHidden/>
    <w:unhideWhenUsed/>
    <w:qFormat/>
    <w:rsid w:val="0038053E"/>
    <w:pPr>
      <w:outlineLvl w:val="9"/>
    </w:pPr>
    <w:rPr>
      <w:lang w:val="en-US" w:eastAsia="ru-RU"/>
    </w:rPr>
  </w:style>
  <w:style w:type="table" w:styleId="aff4">
    <w:name w:val="Light Shading"/>
    <w:basedOn w:val="a3"/>
    <w:uiPriority w:val="60"/>
    <w:rsid w:val="0038053E"/>
    <w:pPr>
      <w:spacing w:after="0" w:line="240" w:lineRule="auto"/>
    </w:pPr>
    <w:rPr>
      <w:rFonts w:eastAsiaTheme="minorEastAsia"/>
      <w:color w:val="000000" w:themeColor="text1" w:themeShade="BF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38053E"/>
    <w:pPr>
      <w:spacing w:after="0" w:line="240" w:lineRule="auto"/>
    </w:pPr>
    <w:rPr>
      <w:rFonts w:eastAsiaTheme="minorEastAsia"/>
      <w:color w:val="365F91" w:themeColor="accent1" w:themeShade="BF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38053E"/>
    <w:pPr>
      <w:spacing w:after="0" w:line="240" w:lineRule="auto"/>
    </w:pPr>
    <w:rPr>
      <w:rFonts w:eastAsiaTheme="minorEastAsia"/>
      <w:color w:val="943634" w:themeColor="accent2" w:themeShade="BF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38053E"/>
    <w:pPr>
      <w:spacing w:after="0" w:line="240" w:lineRule="auto"/>
    </w:pPr>
    <w:rPr>
      <w:rFonts w:eastAsiaTheme="minorEastAsia"/>
      <w:color w:val="76923C" w:themeColor="accent3" w:themeShade="BF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38053E"/>
    <w:pPr>
      <w:spacing w:after="0" w:line="240" w:lineRule="auto"/>
    </w:pPr>
    <w:rPr>
      <w:rFonts w:eastAsiaTheme="minorEastAsia"/>
      <w:color w:val="5F497A" w:themeColor="accent4" w:themeShade="BF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38053E"/>
    <w:pPr>
      <w:spacing w:after="0" w:line="240" w:lineRule="auto"/>
    </w:pPr>
    <w:rPr>
      <w:rFonts w:eastAsiaTheme="minorEastAsia"/>
      <w:color w:val="31849B" w:themeColor="accent5" w:themeShade="BF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38053E"/>
    <w:pPr>
      <w:spacing w:after="0" w:line="240" w:lineRule="auto"/>
    </w:pPr>
    <w:rPr>
      <w:rFonts w:eastAsiaTheme="minorEastAsia"/>
      <w:color w:val="E36C0A" w:themeColor="accent6" w:themeShade="BF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4">
    <w:name w:val="Medium List 1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Grid 1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3805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ru-RU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38053E"/>
    <w:pPr>
      <w:spacing w:after="0" w:line="240" w:lineRule="auto"/>
    </w:pPr>
    <w:rPr>
      <w:rFonts w:eastAsiaTheme="minorEastAsia"/>
      <w:lang w:val="en-US" w:eastAsia="ru-R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38053E"/>
    <w:pPr>
      <w:spacing w:after="0" w:line="240" w:lineRule="auto"/>
    </w:pPr>
    <w:rPr>
      <w:rFonts w:eastAsiaTheme="minorEastAsia"/>
      <w:color w:val="FFFFFF" w:themeColor="background1"/>
      <w:lang w:val="en-US" w:eastAsia="ru-RU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38053E"/>
    <w:pPr>
      <w:spacing w:after="0" w:line="240" w:lineRule="auto"/>
    </w:pPr>
    <w:rPr>
      <w:rFonts w:eastAsiaTheme="minorEastAsia"/>
      <w:color w:val="000000" w:themeColor="text1"/>
      <w:lang w:val="en-US" w:eastAsia="ru-R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b">
    <w:name w:val="FollowedHyperlink"/>
    <w:basedOn w:val="a2"/>
    <w:uiPriority w:val="99"/>
    <w:semiHidden/>
    <w:unhideWhenUsed/>
    <w:rsid w:val="0038053E"/>
    <w:rPr>
      <w:color w:val="800080" w:themeColor="followedHyperlink"/>
      <w:u w:val="single"/>
    </w:rPr>
  </w:style>
  <w:style w:type="paragraph" w:customStyle="1" w:styleId="TableParagraph">
    <w:name w:val="Table Paragraph"/>
    <w:basedOn w:val="a1"/>
    <w:uiPriority w:val="1"/>
    <w:qFormat/>
    <w:rsid w:val="0038053E"/>
    <w:pPr>
      <w:widowControl w:val="0"/>
      <w:autoSpaceDE w:val="0"/>
      <w:autoSpaceDN w:val="0"/>
      <w:spacing w:before="86" w:after="0" w:line="240" w:lineRule="auto"/>
      <w:ind w:left="76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6C5E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c">
    <w:name w:val="Нет списка2"/>
    <w:next w:val="a4"/>
    <w:uiPriority w:val="99"/>
    <w:semiHidden/>
    <w:unhideWhenUsed/>
    <w:rsid w:val="006C5E59"/>
  </w:style>
  <w:style w:type="numbering" w:customStyle="1" w:styleId="110">
    <w:name w:val="Нет списка11"/>
    <w:next w:val="a4"/>
    <w:uiPriority w:val="99"/>
    <w:semiHidden/>
    <w:unhideWhenUsed/>
    <w:rsid w:val="006C5E59"/>
  </w:style>
  <w:style w:type="paragraph" w:styleId="16">
    <w:name w:val="toc 1"/>
    <w:basedOn w:val="a1"/>
    <w:uiPriority w:val="1"/>
    <w:qFormat/>
    <w:rsid w:val="006C5E59"/>
    <w:pPr>
      <w:widowControl w:val="0"/>
      <w:autoSpaceDE w:val="0"/>
      <w:autoSpaceDN w:val="0"/>
      <w:spacing w:before="182" w:after="0" w:line="240" w:lineRule="auto"/>
      <w:ind w:left="921" w:hanging="37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-serp-urlitem">
    <w:name w:val="b-serp-url__item"/>
    <w:basedOn w:val="a2"/>
    <w:uiPriority w:val="99"/>
    <w:rsid w:val="006C5E59"/>
  </w:style>
  <w:style w:type="character" w:customStyle="1" w:styleId="b-serp-urlmark">
    <w:name w:val="b-serp-url__mark"/>
    <w:basedOn w:val="a2"/>
    <w:uiPriority w:val="99"/>
    <w:rsid w:val="006C5E59"/>
  </w:style>
  <w:style w:type="table" w:customStyle="1" w:styleId="111">
    <w:name w:val="Сетка таблицы11"/>
    <w:basedOn w:val="a3"/>
    <w:next w:val="ad"/>
    <w:uiPriority w:val="99"/>
    <w:rsid w:val="006C5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hyperlink" Target="https://fg.resh.edu.ru/" TargetMode="External"/><Relationship Id="rId39" Type="http://schemas.openxmlformats.org/officeDocument/2006/relationships/hyperlink" Target="https://fg.resh.edu.ru/" TargetMode="External"/><Relationship Id="rId21" Type="http://schemas.openxmlformats.org/officeDocument/2006/relationships/image" Target="media/image10.jpg"/><Relationship Id="rId34" Type="http://schemas.openxmlformats.org/officeDocument/2006/relationships/footer" Target="footer1.xml"/><Relationship Id="rId42" Type="http://schemas.openxmlformats.org/officeDocument/2006/relationships/hyperlink" Target="http://skiv.instrao.ru/" TargetMode="External"/><Relationship Id="rId47" Type="http://schemas.openxmlformats.org/officeDocument/2006/relationships/hyperlink" Target="http://skiv.instrao.ru/" TargetMode="External"/><Relationship Id="rId50" Type="http://schemas.openxmlformats.org/officeDocument/2006/relationships/hyperlink" Target="https://fg.resh.edu.ru/" TargetMode="External"/><Relationship Id="rId55" Type="http://schemas.openxmlformats.org/officeDocument/2006/relationships/hyperlink" Target="https://fg.resh.edu.ru/" TargetMode="External"/><Relationship Id="rId63" Type="http://schemas.openxmlformats.org/officeDocument/2006/relationships/hyperlink" Target="https://fg.resh.edu.ru/" TargetMode="External"/><Relationship Id="rId68" Type="http://schemas.openxmlformats.org/officeDocument/2006/relationships/hyperlink" Target="https://fg.resh.edu.ru/" TargetMode="External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hyperlink" Target="http://skiv.instrao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9" Type="http://schemas.openxmlformats.org/officeDocument/2006/relationships/hyperlink" Target="https://fg.resh.edu.ru/" TargetMode="External"/><Relationship Id="rId11" Type="http://schemas.openxmlformats.org/officeDocument/2006/relationships/hyperlink" Target="https://base.garant.ru/55170507/" TargetMode="External"/><Relationship Id="rId24" Type="http://schemas.openxmlformats.org/officeDocument/2006/relationships/image" Target="media/image13.jpg"/><Relationship Id="rId32" Type="http://schemas.openxmlformats.org/officeDocument/2006/relationships/hyperlink" Target="https://fg.resh.edu.ru/" TargetMode="External"/><Relationship Id="rId37" Type="http://schemas.openxmlformats.org/officeDocument/2006/relationships/hyperlink" Target="http://skiv.instrao.ru/" TargetMode="External"/><Relationship Id="rId40" Type="http://schemas.openxmlformats.org/officeDocument/2006/relationships/hyperlink" Target="https://fg.resh.edu.ru/" TargetMode="External"/><Relationship Id="rId45" Type="http://schemas.openxmlformats.org/officeDocument/2006/relationships/hyperlink" Target="http://skiv.instrao.ru/" TargetMode="External"/><Relationship Id="rId53" Type="http://schemas.openxmlformats.org/officeDocument/2006/relationships/hyperlink" Target="https://fg.resh.edu.ru/" TargetMode="External"/><Relationship Id="rId58" Type="http://schemas.openxmlformats.org/officeDocument/2006/relationships/hyperlink" Target="http://skiv.instrao.ru/" TargetMode="External"/><Relationship Id="rId66" Type="http://schemas.openxmlformats.org/officeDocument/2006/relationships/hyperlink" Target="https://fg.resh.edu.ru/" TargetMode="External"/><Relationship Id="rId7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hyperlink" Target="http://skiv.instrao.ru/" TargetMode="External"/><Relationship Id="rId36" Type="http://schemas.openxmlformats.org/officeDocument/2006/relationships/hyperlink" Target="https://fg.resh.edu.ru/" TargetMode="External"/><Relationship Id="rId49" Type="http://schemas.openxmlformats.org/officeDocument/2006/relationships/hyperlink" Target="https://fg.resh.edu.ru/" TargetMode="External"/><Relationship Id="rId57" Type="http://schemas.openxmlformats.org/officeDocument/2006/relationships/hyperlink" Target="http://skiv.instrao.ru/" TargetMode="External"/><Relationship Id="rId61" Type="http://schemas.openxmlformats.org/officeDocument/2006/relationships/hyperlink" Target="https://fg.resh.edu.ru/" TargetMode="External"/><Relationship Id="rId10" Type="http://schemas.openxmlformats.org/officeDocument/2006/relationships/hyperlink" Target="https://base.garant.ru/197127/" TargetMode="External"/><Relationship Id="rId19" Type="http://schemas.openxmlformats.org/officeDocument/2006/relationships/image" Target="media/image8.jpg"/><Relationship Id="rId31" Type="http://schemas.openxmlformats.org/officeDocument/2006/relationships/hyperlink" Target="https://fg.resh.edu.ru/" TargetMode="External"/><Relationship Id="rId44" Type="http://schemas.openxmlformats.org/officeDocument/2006/relationships/hyperlink" Target="https://fg.resh.edu.ru/" TargetMode="External"/><Relationship Id="rId52" Type="http://schemas.openxmlformats.org/officeDocument/2006/relationships/hyperlink" Target="https://fg.resh.edu.ru/" TargetMode="External"/><Relationship Id="rId60" Type="http://schemas.openxmlformats.org/officeDocument/2006/relationships/hyperlink" Target="https://fg.resh.edu.ru/" TargetMode="External"/><Relationship Id="rId65" Type="http://schemas.openxmlformats.org/officeDocument/2006/relationships/hyperlink" Target="https://fg.resh.edu.ru/" TargetMode="External"/><Relationship Id="rId73" Type="http://schemas.openxmlformats.org/officeDocument/2006/relationships/hyperlink" Target="https://fg.resh.edu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hyperlink" Target="http://skiv.instrao.ru/" TargetMode="External"/><Relationship Id="rId30" Type="http://schemas.openxmlformats.org/officeDocument/2006/relationships/hyperlink" Target="https://fg.resh.edu.ru/" TargetMode="External"/><Relationship Id="rId35" Type="http://schemas.openxmlformats.org/officeDocument/2006/relationships/hyperlink" Target="https://fg.resh.edu.ru/" TargetMode="External"/><Relationship Id="rId43" Type="http://schemas.openxmlformats.org/officeDocument/2006/relationships/hyperlink" Target="https://fg.resh.edu.ru/" TargetMode="External"/><Relationship Id="rId48" Type="http://schemas.openxmlformats.org/officeDocument/2006/relationships/hyperlink" Target="https://fg.resh.edu.ru/" TargetMode="External"/><Relationship Id="rId56" Type="http://schemas.openxmlformats.org/officeDocument/2006/relationships/hyperlink" Target="https://fg.resh.edu.ru/" TargetMode="External"/><Relationship Id="rId64" Type="http://schemas.openxmlformats.org/officeDocument/2006/relationships/hyperlink" Target="https://fg.resh.edu.ru/" TargetMode="External"/><Relationship Id="rId69" Type="http://schemas.openxmlformats.org/officeDocument/2006/relationships/hyperlink" Target="https://fg.resh.edu.ru/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fg.resh.edu.ru/" TargetMode="External"/><Relationship Id="rId72" Type="http://schemas.openxmlformats.org/officeDocument/2006/relationships/hyperlink" Target="https://fg.resh.edu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base.garant.ru/70188902/" TargetMode="External"/><Relationship Id="rId17" Type="http://schemas.openxmlformats.org/officeDocument/2006/relationships/image" Target="media/image6.jpg"/><Relationship Id="rId25" Type="http://schemas.openxmlformats.org/officeDocument/2006/relationships/hyperlink" Target="https://fg.resh.edu.ru/" TargetMode="External"/><Relationship Id="rId33" Type="http://schemas.openxmlformats.org/officeDocument/2006/relationships/hyperlink" Target="https://fg.resh.edu.ru/" TargetMode="External"/><Relationship Id="rId38" Type="http://schemas.openxmlformats.org/officeDocument/2006/relationships/hyperlink" Target="https://fg.resh.edu.ru/" TargetMode="External"/><Relationship Id="rId46" Type="http://schemas.openxmlformats.org/officeDocument/2006/relationships/hyperlink" Target="http://skiv.instrao.ru/" TargetMode="External"/><Relationship Id="rId59" Type="http://schemas.openxmlformats.org/officeDocument/2006/relationships/hyperlink" Target="http://skiv.instrao.ru/" TargetMode="External"/><Relationship Id="rId67" Type="http://schemas.openxmlformats.org/officeDocument/2006/relationships/hyperlink" Target="http://skiv.instrao.ru/" TargetMode="External"/><Relationship Id="rId20" Type="http://schemas.openxmlformats.org/officeDocument/2006/relationships/image" Target="media/image9.jpg"/><Relationship Id="rId41" Type="http://schemas.openxmlformats.org/officeDocument/2006/relationships/hyperlink" Target="https://fg.resh.edu.ru/" TargetMode="External"/><Relationship Id="rId54" Type="http://schemas.openxmlformats.org/officeDocument/2006/relationships/hyperlink" Target="http://skiv.instrao.ru/" TargetMode="External"/><Relationship Id="rId62" Type="http://schemas.openxmlformats.org/officeDocument/2006/relationships/hyperlink" Target="http://skiv.instrao.ru/" TargetMode="External"/><Relationship Id="rId70" Type="http://schemas.openxmlformats.org/officeDocument/2006/relationships/hyperlink" Target="http://skiv.instrao.ru/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03400-C2DC-445C-9826-832E0DF99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3571</Words>
  <Characters>20356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</dc:creator>
  <cp:keywords/>
  <dc:description/>
  <cp:lastModifiedBy>Задонская</cp:lastModifiedBy>
  <cp:revision>21</cp:revision>
  <dcterms:created xsi:type="dcterms:W3CDTF">2022-06-11T13:55:00Z</dcterms:created>
  <dcterms:modified xsi:type="dcterms:W3CDTF">2025-09-30T12:01:00Z</dcterms:modified>
</cp:coreProperties>
</file>